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324" w:lineRule="auto"/>
      </w:pPr>
      <w:r>
        <w:rPr>
          <w:rFonts w:ascii="游ゴシック" w:hAnsi="游ゴシック" w:eastAsia="游ゴシック"/>
          <w:b/>
          <w:sz w:val="36"/>
        </w:rPr>
        <w:t>お詫びメールの例文集（場面別10本）</w:t>
      </w:r>
    </w:p>
    <w:p>
      <w:pPr>
        <w:spacing w:before="0" w:after="320" w:line="324" w:lineRule="auto"/>
      </w:pPr>
      <w:r>
        <w:rPr>
          <w:rFonts w:ascii="游ゴシック" w:hAnsi="游ゴシック" w:eastAsia="游ゴシック"/>
          <w:b w:val="0"/>
          <w:color w:val="555E6B"/>
          <w:sz w:val="21"/>
        </w:rPr>
        <w:t>件名つき・【 】を書き換えるだけで使える例文と、AIに下書きさせる指示文</w:t>
      </w:r>
    </w:p>
    <w:p>
      <w:pPr>
        <w:spacing w:before="0" w:after="200" w:line="324" w:lineRule="auto"/>
      </w:pPr>
      <w:r>
        <w:rPr>
          <w:rFonts w:ascii="游ゴシック" w:hAnsi="游ゴシック" w:eastAsia="游ゴシック"/>
          <w:b/>
          <w:sz w:val="28"/>
        </w:rPr>
        <w:t>この例文集の使い方</w:t>
      </w:r>
    </w:p>
    <w:p>
      <w:pPr>
        <w:spacing w:before="0" w:after="60" w:line="324" w:lineRule="auto"/>
        <w:ind w:left="227" w:hanging="227"/>
      </w:pPr>
      <w:r>
        <w:rPr>
          <w:rFonts w:ascii="游ゴシック" w:hAnsi="游ゴシック" w:eastAsia="游ゴシック"/>
          <w:b w:val="0"/>
          <w:sz w:val="20"/>
        </w:rPr>
        <w:t>・このファイルは、仕事でお詫びのメールを書くときにそのまま書き換えて使える例文集です。【 】の部分を、相手の会社名・日付・実際の内容に書き換えてください。</w:t>
      </w:r>
    </w:p>
    <w:p>
      <w:pPr>
        <w:spacing w:before="0" w:after="60" w:line="324" w:lineRule="auto"/>
        <w:ind w:left="227" w:hanging="227"/>
      </w:pPr>
      <w:r>
        <w:rPr>
          <w:rFonts w:ascii="游ゴシック" w:hAnsi="游ゴシック" w:eastAsia="游ゴシック"/>
          <w:b w:val="0"/>
          <w:sz w:val="20"/>
        </w:rPr>
        <w:t>・2ページ目の「お詫びメールの基本の型」を先に読むと、どの例文も同じ7つの部品（件名・宛名・お詫び・経緯・対応・再発防止・結び）でできていることがわかります。場面が例文と少し違っても、型に沿って部品を入れ替えれば書けます。</w:t>
      </w:r>
    </w:p>
    <w:p>
      <w:pPr>
        <w:spacing w:before="0" w:after="60" w:line="324" w:lineRule="auto"/>
        <w:ind w:left="227" w:hanging="227"/>
      </w:pPr>
      <w:r>
        <w:rPr>
          <w:rFonts w:ascii="游ゴシック" w:hAnsi="游ゴシック" w:eastAsia="游ゴシック"/>
          <w:b w:val="0"/>
          <w:sz w:val="20"/>
        </w:rPr>
        <w:t>・例文は「取引先・お客様向け」を基本にしています。例文9だけは社内向け（上司・他部署へのお詫び）です。</w:t>
      </w:r>
    </w:p>
    <w:p>
      <w:pPr>
        <w:spacing w:before="0" w:after="60" w:line="324" w:lineRule="auto"/>
        <w:ind w:left="227" w:hanging="227"/>
      </w:pPr>
      <w:r>
        <w:rPr>
          <w:rFonts w:ascii="游ゴシック" w:hAnsi="游ゴシック" w:eastAsia="游ゴシック"/>
          <w:b w:val="0"/>
          <w:sz w:val="20"/>
        </w:rPr>
        <w:t>・【 】を埋めるときは、事実（日付・数量・金額・原因）を必ず元の記録で確かめてください。お詫びのメールで事実を間違えると、二度目のお詫びが必要になります。</w:t>
      </w:r>
    </w:p>
    <w:p>
      <w:pPr>
        <w:spacing w:before="0" w:after="60" w:line="324" w:lineRule="auto"/>
        <w:ind w:left="227" w:hanging="227"/>
      </w:pPr>
      <w:r>
        <w:rPr>
          <w:rFonts w:ascii="游ゴシック" w:hAnsi="游ゴシック" w:eastAsia="游ゴシック"/>
          <w:b w:val="0"/>
          <w:sz w:val="20"/>
        </w:rPr>
        <w:t>・相手に大きな損害が出ている場合や、相手がとても怒っている場合は、メールだけで済ませず、まず電話や訪問でお詫びし、メールは「内容の確認と記録」として送るのが一般的です。</w:t>
      </w:r>
    </w:p>
    <w:p>
      <w:pPr>
        <w:spacing w:before="0" w:after="60" w:line="324" w:lineRule="auto"/>
        <w:ind w:left="227" w:hanging="227"/>
      </w:pPr>
      <w:r>
        <w:rPr>
          <w:rFonts w:ascii="游ゴシック" w:hAnsi="游ゴシック" w:eastAsia="游ゴシック"/>
          <w:b w:val="0"/>
          <w:sz w:val="20"/>
        </w:rPr>
        <w:t>・例文8（メールの宛先間違い）のように、個人情報や取引先の秘密が関わる場面では、メールを送る以外にも会社として必要な対応があることがあります。必要に応じて専門家や公的機関（個人情報保護委員会など）の情報を確認してください。</w:t>
      </w:r>
    </w:p>
    <w:p>
      <w:pPr>
        <w:spacing w:before="0" w:after="60" w:line="324" w:lineRule="auto"/>
        <w:ind w:left="227" w:hanging="227"/>
      </w:pPr>
      <w:r>
        <w:rPr>
          <w:rFonts w:ascii="游ゴシック" w:hAnsi="游ゴシック" w:eastAsia="游ゴシック"/>
          <w:b w:val="0"/>
          <w:sz w:val="20"/>
        </w:rPr>
        <w:t>・最後のページに、状況メモからAIにお詫びメールの下書きを作らせる指示文（コピーして使える文章）を載せています。AIが作った下書きも、事実と約束の内容は必ず人が確認してから送ってください。</w:t>
      </w:r>
    </w:p>
    <w:p>
      <w:pPr>
        <w:spacing w:before="0" w:after="60" w:line="324" w:lineRule="auto"/>
        <w:ind w:left="227" w:hanging="227"/>
      </w:pPr>
      <w:r>
        <w:rPr>
          <w:rFonts w:ascii="游ゴシック" w:hAnsi="游ゴシック" w:eastAsia="游ゴシック"/>
          <w:b w:val="0"/>
          <w:sz w:val="20"/>
        </w:rPr>
        <w:t>・このページ（この例文集の使い方）は、社内で配るときは削除してかまいません。</w:t>
      </w:r>
    </w:p>
    <w:p>
      <w:pPr>
        <w:spacing w:before="160" w:after="80" w:line="324" w:lineRule="auto"/>
      </w:pPr>
      <w:r>
        <w:rPr>
          <w:rFonts w:ascii="游ゴシック" w:hAnsi="游ゴシック" w:eastAsia="游ゴシック"/>
          <w:b/>
          <w:sz w:val="24"/>
        </w:rPr>
        <w:t>収録している例文</w:t>
      </w:r>
    </w:p>
    <w:tbl>
      <w:tblPr>
        <w:tblW w:type="auto" w:w="0"/>
        <w:tblLook w:firstColumn="1" w:firstRow="1" w:lastColumn="0" w:lastRow="0" w:noHBand="0" w:noVBand="1" w:val="04A0"/>
      </w:tblPr>
      <w:tblGrid>
        <w:gridCol w:w="4819"/>
        <w:gridCol w:w="4819"/>
      </w:tblGrid>
      <w:tr>
        <w:tc>
          <w:tcPr>
            <w:tcW w:type="dxa" w:w="4819"/>
          </w:tcPr>
          <w:p>
            <w:r>
              <w:rPr>
                <w:rFonts w:ascii="游ゴシック" w:hAnsi="游ゴシック" w:eastAsia="游ゴシック"/>
                <w:b w:val="0"/>
                <w:sz w:val="19"/>
              </w:rPr>
              <w:t>例文1：納期の遅れ</w:t>
            </w:r>
          </w:p>
        </w:tc>
        <w:tc>
          <w:tcPr>
            <w:tcW w:type="dxa" w:w="4819"/>
          </w:tcPr>
          <w:p>
            <w:r>
              <w:rPr>
                <w:rFonts w:ascii="游ゴシック" w:hAnsi="游ゴシック" w:eastAsia="游ゴシック"/>
                <w:b w:val="0"/>
                <w:sz w:val="19"/>
              </w:rPr>
              <w:t>例文6：担当者の対応への苦情</w:t>
            </w:r>
          </w:p>
        </w:tc>
      </w:tr>
      <w:tr>
        <w:tc>
          <w:tcPr>
            <w:tcW w:type="dxa" w:w="4819"/>
          </w:tcPr>
          <w:p>
            <w:r>
              <w:rPr>
                <w:rFonts w:ascii="游ゴシック" w:hAnsi="游ゴシック" w:eastAsia="游ゴシック"/>
                <w:b w:val="0"/>
                <w:sz w:val="19"/>
              </w:rPr>
              <w:t>例文2：商品の不良・誤配送</w:t>
            </w:r>
          </w:p>
        </w:tc>
        <w:tc>
          <w:tcPr>
            <w:tcW w:type="dxa" w:w="4819"/>
          </w:tcPr>
          <w:p>
            <w:r>
              <w:rPr>
                <w:rFonts w:ascii="游ゴシック" w:hAnsi="游ゴシック" w:eastAsia="游ゴシック"/>
                <w:b w:val="0"/>
                <w:sz w:val="19"/>
              </w:rPr>
              <w:t>例文7：システム障害・サービスの停止</w:t>
            </w:r>
          </w:p>
        </w:tc>
      </w:tr>
      <w:tr>
        <w:tc>
          <w:tcPr>
            <w:tcW w:type="dxa" w:w="4819"/>
          </w:tcPr>
          <w:p>
            <w:r>
              <w:rPr>
                <w:rFonts w:ascii="游ゴシック" w:hAnsi="游ゴシック" w:eastAsia="游ゴシック"/>
                <w:b w:val="0"/>
                <w:sz w:val="19"/>
              </w:rPr>
              <w:t>例文3：請求書の誤り</w:t>
            </w:r>
          </w:p>
        </w:tc>
        <w:tc>
          <w:tcPr>
            <w:tcW w:type="dxa" w:w="4819"/>
          </w:tcPr>
          <w:p>
            <w:r>
              <w:rPr>
                <w:rFonts w:ascii="游ゴシック" w:hAnsi="游ゴシック" w:eastAsia="游ゴシック"/>
                <w:b w:val="0"/>
                <w:sz w:val="19"/>
              </w:rPr>
              <w:t>例文8：情報の誤送信（メールの宛先間違い）</w:t>
            </w:r>
          </w:p>
        </w:tc>
      </w:tr>
      <w:tr>
        <w:tc>
          <w:tcPr>
            <w:tcW w:type="dxa" w:w="4819"/>
          </w:tcPr>
          <w:p>
            <w:r>
              <w:rPr>
                <w:rFonts w:ascii="游ゴシック" w:hAnsi="游ゴシック" w:eastAsia="游ゴシック"/>
                <w:b w:val="0"/>
                <w:sz w:val="19"/>
              </w:rPr>
              <w:t>例文4：返信の遅れ</w:t>
            </w:r>
          </w:p>
        </w:tc>
        <w:tc>
          <w:tcPr>
            <w:tcW w:type="dxa" w:w="4819"/>
          </w:tcPr>
          <w:p>
            <w:r>
              <w:rPr>
                <w:rFonts w:ascii="游ゴシック" w:hAnsi="游ゴシック" w:eastAsia="游ゴシック"/>
                <w:b w:val="0"/>
                <w:sz w:val="19"/>
              </w:rPr>
              <w:t>例文9：社内向け（上司・他部署へのお詫び）</w:t>
            </w:r>
          </w:p>
        </w:tc>
      </w:tr>
      <w:tr>
        <w:tc>
          <w:tcPr>
            <w:tcW w:type="dxa" w:w="4819"/>
          </w:tcPr>
          <w:p>
            <w:r>
              <w:rPr>
                <w:rFonts w:ascii="游ゴシック" w:hAnsi="游ゴシック" w:eastAsia="游ゴシック"/>
                <w:b w:val="0"/>
                <w:sz w:val="19"/>
              </w:rPr>
              <w:t>例文5：日程の変更・直前のキャンセル</w:t>
            </w:r>
          </w:p>
        </w:tc>
        <w:tc>
          <w:tcPr>
            <w:tcW w:type="dxa" w:w="4819"/>
          </w:tcPr>
          <w:p>
            <w:r>
              <w:rPr>
                <w:rFonts w:ascii="游ゴシック" w:hAnsi="游ゴシック" w:eastAsia="游ゴシック"/>
                <w:b w:val="0"/>
                <w:sz w:val="19"/>
              </w:rPr>
              <w:t>例文10：見積もり・回答の遅れ</w:t>
            </w:r>
          </w:p>
        </w:tc>
      </w:tr>
    </w:tbl>
    <w:p>
      <w:pPr>
        <w:pageBreakBefore/>
        <w:spacing w:before="0" w:after="80" w:line="324" w:lineRule="auto"/>
      </w:pPr>
      <w:r>
        <w:rPr>
          <w:rFonts w:ascii="游ゴシック" w:hAnsi="游ゴシック" w:eastAsia="游ゴシック"/>
          <w:b/>
          <w:sz w:val="28"/>
        </w:rPr>
        <w:t>お詫びメールの基本の型</w:t>
      </w:r>
    </w:p>
    <w:p>
      <w:pPr>
        <w:spacing w:before="0" w:after="120" w:line="324" w:lineRule="auto"/>
      </w:pPr>
      <w:r>
        <w:rPr>
          <w:rFonts w:ascii="游ゴシック" w:hAnsi="游ゴシック" w:eastAsia="游ゴシック"/>
          <w:b w:val="0"/>
          <w:sz w:val="21"/>
        </w:rPr>
        <w:t>お詫びのメールは、次の7つの部品を順番に並べると、誰が書いても抜け漏れのない文面になります。</w:t>
      </w:r>
    </w:p>
    <w:tbl>
      <w:tblPr>
        <w:tblStyle w:val="TableGrid"/>
        <w:tblW w:type="auto" w:w="0"/>
        <w:tblLook w:firstColumn="1" w:firstRow="1" w:lastColumn="0" w:lastRow="0" w:noHBand="0" w:noVBand="1" w:val="04A0"/>
      </w:tblPr>
      <w:tblGrid>
        <w:gridCol w:w="3213"/>
        <w:gridCol w:w="3213"/>
        <w:gridCol w:w="3213"/>
      </w:tblGrid>
      <w:tr>
        <w:tc>
          <w:tcPr>
            <w:tcW w:type="dxa" w:w="1474"/>
            <w:shd w:val="clear" w:color="auto" w:fill="E8EEF7"/>
          </w:tcPr>
          <w:p>
            <w:pPr>
              <w:spacing w:after="20"/>
            </w:pPr>
            <w:r/>
            <w:r>
              <w:rPr>
                <w:rFonts w:ascii="游ゴシック" w:hAnsi="游ゴシック" w:eastAsia="游ゴシック"/>
                <w:b/>
                <w:sz w:val="18"/>
              </w:rPr>
              <w:t>部品</w:t>
            </w:r>
          </w:p>
        </w:tc>
        <w:tc>
          <w:tcPr>
            <w:tcW w:type="dxa" w:w="4422"/>
            <w:shd w:val="clear" w:color="auto" w:fill="E8EEF7"/>
          </w:tcPr>
          <w:p>
            <w:pPr>
              <w:spacing w:after="20"/>
            </w:pPr>
            <w:r/>
            <w:r>
              <w:rPr>
                <w:rFonts w:ascii="游ゴシック" w:hAnsi="游ゴシック" w:eastAsia="游ゴシック"/>
                <w:b/>
                <w:sz w:val="18"/>
              </w:rPr>
              <w:t>書くこと</w:t>
            </w:r>
          </w:p>
        </w:tc>
        <w:tc>
          <w:tcPr>
            <w:tcW w:type="dxa" w:w="3742"/>
            <w:shd w:val="clear" w:color="auto" w:fill="E8EEF7"/>
          </w:tcPr>
          <w:p>
            <w:pPr>
              <w:spacing w:after="20"/>
            </w:pPr>
            <w:r/>
            <w:r>
              <w:rPr>
                <w:rFonts w:ascii="游ゴシック" w:hAnsi="游ゴシック" w:eastAsia="游ゴシック"/>
                <w:b/>
                <w:sz w:val="18"/>
              </w:rPr>
              <w:t>例</w:t>
            </w:r>
          </w:p>
        </w:tc>
      </w:tr>
      <w:tr>
        <w:tc>
          <w:tcPr>
            <w:tcW w:type="dxa" w:w="1474"/>
          </w:tcPr>
          <w:p>
            <w:pPr>
              <w:spacing w:after="20"/>
            </w:pPr>
            <w:r/>
            <w:r>
              <w:rPr>
                <w:rFonts w:ascii="游ゴシック" w:hAnsi="游ゴシック" w:eastAsia="游ゴシック"/>
                <w:b/>
                <w:sz w:val="18"/>
              </w:rPr>
              <w:t>1. 件名</w:t>
            </w:r>
          </w:p>
        </w:tc>
        <w:tc>
          <w:tcPr>
            <w:tcW w:type="dxa" w:w="4422"/>
          </w:tcPr>
          <w:p>
            <w:pPr>
              <w:spacing w:after="20"/>
            </w:pPr>
            <w:r/>
            <w:r>
              <w:rPr>
                <w:rFonts w:ascii="游ゴシック" w:hAnsi="游ゴシック" w:eastAsia="游ゴシック"/>
                <w:b w:val="0"/>
                <w:sz w:val="18"/>
              </w:rPr>
              <w:t>何についてのお詫びかが一目でわかるように。「お詫び」と用件の両方を入れる</w:t>
            </w:r>
          </w:p>
        </w:tc>
        <w:tc>
          <w:tcPr>
            <w:tcW w:type="dxa" w:w="3742"/>
          </w:tcPr>
          <w:p>
            <w:pPr>
              <w:spacing w:after="20"/>
            </w:pPr>
            <w:r/>
            <w:r>
              <w:rPr>
                <w:rFonts w:ascii="游ゴシック" w:hAnsi="游ゴシック" w:eastAsia="游ゴシック"/>
                <w:b w:val="0"/>
                <w:sz w:val="18"/>
              </w:rPr>
              <w:t>【◯月分】請求書の金額誤りについてのお詫び</w:t>
            </w:r>
          </w:p>
        </w:tc>
      </w:tr>
      <w:tr>
        <w:tc>
          <w:tcPr>
            <w:tcW w:type="dxa" w:w="1474"/>
          </w:tcPr>
          <w:p>
            <w:pPr>
              <w:spacing w:after="20"/>
            </w:pPr>
            <w:r/>
            <w:r>
              <w:rPr>
                <w:rFonts w:ascii="游ゴシック" w:hAnsi="游ゴシック" w:eastAsia="游ゴシック"/>
                <w:b/>
                <w:sz w:val="18"/>
              </w:rPr>
              <w:t>2. 宛名</w:t>
            </w:r>
          </w:p>
        </w:tc>
        <w:tc>
          <w:tcPr>
            <w:tcW w:type="dxa" w:w="4422"/>
          </w:tcPr>
          <w:p>
            <w:pPr>
              <w:spacing w:after="20"/>
            </w:pPr>
            <w:r/>
            <w:r>
              <w:rPr>
                <w:rFonts w:ascii="游ゴシック" w:hAnsi="游ゴシック" w:eastAsia="游ゴシック"/>
                <w:b w:val="0"/>
                <w:sz w:val="18"/>
              </w:rPr>
              <w:t>会社名・部署名・氏名を正式に。名前の漢字の間違いは特に失礼になる</w:t>
            </w:r>
          </w:p>
        </w:tc>
        <w:tc>
          <w:tcPr>
            <w:tcW w:type="dxa" w:w="3742"/>
          </w:tcPr>
          <w:p>
            <w:pPr>
              <w:spacing w:after="20"/>
            </w:pPr>
            <w:r/>
            <w:r>
              <w:rPr>
                <w:rFonts w:ascii="游ゴシック" w:hAnsi="游ゴシック" w:eastAsia="游ゴシック"/>
                <w:b w:val="0"/>
                <w:sz w:val="18"/>
              </w:rPr>
              <w:t>【会社名】</w:t>
            </w:r>
          </w:p>
          <w:p>
            <w:pPr>
              <w:spacing w:after="20"/>
            </w:pPr>
            <w:r>
              <w:rPr>
                <w:rFonts w:ascii="游ゴシック" w:hAnsi="游ゴシック" w:eastAsia="游ゴシック"/>
                <w:b w:val="0"/>
                <w:sz w:val="18"/>
              </w:rPr>
              <w:t>【部署名】【ご担当者名】様</w:t>
            </w:r>
          </w:p>
        </w:tc>
      </w:tr>
      <w:tr>
        <w:tc>
          <w:tcPr>
            <w:tcW w:type="dxa" w:w="1474"/>
          </w:tcPr>
          <w:p>
            <w:pPr>
              <w:spacing w:after="20"/>
            </w:pPr>
            <w:r/>
            <w:r>
              <w:rPr>
                <w:rFonts w:ascii="游ゴシック" w:hAnsi="游ゴシック" w:eastAsia="游ゴシック"/>
                <w:b/>
                <w:sz w:val="18"/>
              </w:rPr>
              <w:t>3. お詫び</w:t>
            </w:r>
          </w:p>
        </w:tc>
        <w:tc>
          <w:tcPr>
            <w:tcW w:type="dxa" w:w="4422"/>
          </w:tcPr>
          <w:p>
            <w:pPr>
              <w:spacing w:after="20"/>
            </w:pPr>
            <w:r/>
            <w:r>
              <w:rPr>
                <w:rFonts w:ascii="游ゴシック" w:hAnsi="游ゴシック" w:eastAsia="游ゴシック"/>
                <w:b w:val="0"/>
                <w:sz w:val="18"/>
              </w:rPr>
              <w:t>何が起きたかを1文で書き、すぐにお詫びする。言い訳から始めない</w:t>
            </w:r>
          </w:p>
        </w:tc>
        <w:tc>
          <w:tcPr>
            <w:tcW w:type="dxa" w:w="3742"/>
          </w:tcPr>
          <w:p>
            <w:pPr>
              <w:spacing w:after="20"/>
            </w:pPr>
            <w:r/>
            <w:r>
              <w:rPr>
                <w:rFonts w:ascii="游ゴシック" w:hAnsi="游ゴシック" w:eastAsia="游ゴシック"/>
                <w:b w:val="0"/>
                <w:sz w:val="18"/>
              </w:rPr>
              <w:t>◯◯の件で、ご迷惑をおかけし誠に申し訳ございません。</w:t>
            </w:r>
          </w:p>
        </w:tc>
      </w:tr>
      <w:tr>
        <w:tc>
          <w:tcPr>
            <w:tcW w:type="dxa" w:w="1474"/>
          </w:tcPr>
          <w:p>
            <w:pPr>
              <w:spacing w:after="20"/>
            </w:pPr>
            <w:r/>
            <w:r>
              <w:rPr>
                <w:rFonts w:ascii="游ゴシック" w:hAnsi="游ゴシック" w:eastAsia="游ゴシック"/>
                <w:b/>
                <w:sz w:val="18"/>
              </w:rPr>
              <w:t>4. 経緯・原因</w:t>
            </w:r>
          </w:p>
        </w:tc>
        <w:tc>
          <w:tcPr>
            <w:tcW w:type="dxa" w:w="4422"/>
          </w:tcPr>
          <w:p>
            <w:pPr>
              <w:spacing w:after="20"/>
            </w:pPr>
            <w:r/>
            <w:r>
              <w:rPr>
                <w:rFonts w:ascii="游ゴシック" w:hAnsi="游ゴシック" w:eastAsia="游ゴシック"/>
                <w:b w:val="0"/>
                <w:sz w:val="18"/>
              </w:rPr>
              <w:t>わかっている事実だけを短く。相手や他社のせいにしない。わからない部分は「確認中」と書く</w:t>
            </w:r>
          </w:p>
        </w:tc>
        <w:tc>
          <w:tcPr>
            <w:tcW w:type="dxa" w:w="3742"/>
          </w:tcPr>
          <w:p>
            <w:pPr>
              <w:spacing w:after="20"/>
            </w:pPr>
            <w:r/>
            <w:r>
              <w:rPr>
                <w:rFonts w:ascii="游ゴシック" w:hAnsi="游ゴシック" w:eastAsia="游ゴシック"/>
                <w:b w:val="0"/>
                <w:sz w:val="18"/>
              </w:rPr>
              <w:t>原因は、当社の確認不足によるものでした。</w:t>
            </w:r>
          </w:p>
        </w:tc>
      </w:tr>
      <w:tr>
        <w:tc>
          <w:tcPr>
            <w:tcW w:type="dxa" w:w="1474"/>
          </w:tcPr>
          <w:p>
            <w:pPr>
              <w:spacing w:after="20"/>
            </w:pPr>
            <w:r/>
            <w:r>
              <w:rPr>
                <w:rFonts w:ascii="游ゴシック" w:hAnsi="游ゴシック" w:eastAsia="游ゴシック"/>
                <w:b/>
                <w:sz w:val="18"/>
              </w:rPr>
              <w:t>5. 対応</w:t>
            </w:r>
          </w:p>
        </w:tc>
        <w:tc>
          <w:tcPr>
            <w:tcW w:type="dxa" w:w="4422"/>
          </w:tcPr>
          <w:p>
            <w:pPr>
              <w:spacing w:after="20"/>
            </w:pPr>
            <w:r/>
            <w:r>
              <w:rPr>
                <w:rFonts w:ascii="游ゴシック" w:hAnsi="游ゴシック" w:eastAsia="游ゴシック"/>
                <w:b w:val="0"/>
                <w:sz w:val="18"/>
              </w:rPr>
              <w:t>いつまでに・何を・誰がするかを具体的に。相手にお願いすることもここに書く</w:t>
            </w:r>
          </w:p>
        </w:tc>
        <w:tc>
          <w:tcPr>
            <w:tcW w:type="dxa" w:w="3742"/>
          </w:tcPr>
          <w:p>
            <w:pPr>
              <w:spacing w:after="20"/>
            </w:pPr>
            <w:r/>
            <w:r>
              <w:rPr>
                <w:rFonts w:ascii="游ゴシック" w:hAnsi="游ゴシック" w:eastAsia="游ゴシック"/>
                <w:b w:val="0"/>
                <w:sz w:val="18"/>
              </w:rPr>
              <w:t>【日付】までに正しい商品を発送いたします。</w:t>
            </w:r>
          </w:p>
        </w:tc>
      </w:tr>
      <w:tr>
        <w:tc>
          <w:tcPr>
            <w:tcW w:type="dxa" w:w="1474"/>
          </w:tcPr>
          <w:p>
            <w:pPr>
              <w:spacing w:after="20"/>
            </w:pPr>
            <w:r/>
            <w:r>
              <w:rPr>
                <w:rFonts w:ascii="游ゴシック" w:hAnsi="游ゴシック" w:eastAsia="游ゴシック"/>
                <w:b/>
                <w:sz w:val="18"/>
              </w:rPr>
              <w:t>6. 再発防止</w:t>
            </w:r>
          </w:p>
        </w:tc>
        <w:tc>
          <w:tcPr>
            <w:tcW w:type="dxa" w:w="4422"/>
          </w:tcPr>
          <w:p>
            <w:pPr>
              <w:spacing w:after="20"/>
            </w:pPr>
            <w:r/>
            <w:r>
              <w:rPr>
                <w:rFonts w:ascii="游ゴシック" w:hAnsi="游ゴシック" w:eastAsia="游ゴシック"/>
                <w:b w:val="0"/>
                <w:sz w:val="18"/>
              </w:rPr>
              <w:t>同じことを起こさないために何を変えるかを1〜2文で</w:t>
            </w:r>
          </w:p>
        </w:tc>
        <w:tc>
          <w:tcPr>
            <w:tcW w:type="dxa" w:w="3742"/>
          </w:tcPr>
          <w:p>
            <w:pPr>
              <w:spacing w:after="20"/>
            </w:pPr>
            <w:r/>
            <w:r>
              <w:rPr>
                <w:rFonts w:ascii="游ゴシック" w:hAnsi="游ゴシック" w:eastAsia="游ゴシック"/>
                <w:b w:val="0"/>
                <w:sz w:val="18"/>
              </w:rPr>
              <w:t>今後は出荷前に2名で品番を確認いたします。</w:t>
            </w:r>
          </w:p>
        </w:tc>
      </w:tr>
      <w:tr>
        <w:tc>
          <w:tcPr>
            <w:tcW w:type="dxa" w:w="1474"/>
          </w:tcPr>
          <w:p>
            <w:pPr>
              <w:spacing w:after="20"/>
            </w:pPr>
            <w:r/>
            <w:r>
              <w:rPr>
                <w:rFonts w:ascii="游ゴシック" w:hAnsi="游ゴシック" w:eastAsia="游ゴシック"/>
                <w:b/>
                <w:sz w:val="18"/>
              </w:rPr>
              <w:t>7. 結び</w:t>
            </w:r>
          </w:p>
        </w:tc>
        <w:tc>
          <w:tcPr>
            <w:tcW w:type="dxa" w:w="4422"/>
          </w:tcPr>
          <w:p>
            <w:pPr>
              <w:spacing w:after="20"/>
            </w:pPr>
            <w:r/>
            <w:r>
              <w:rPr>
                <w:rFonts w:ascii="游ゴシック" w:hAnsi="游ゴシック" w:eastAsia="游ゴシック"/>
                <w:b w:val="0"/>
                <w:sz w:val="18"/>
              </w:rPr>
              <w:t>もう一度お詫びし、問い合わせ先を書く</w:t>
            </w:r>
          </w:p>
        </w:tc>
        <w:tc>
          <w:tcPr>
            <w:tcW w:type="dxa" w:w="3742"/>
          </w:tcPr>
          <w:p>
            <w:pPr>
              <w:spacing w:after="20"/>
            </w:pPr>
            <w:r/>
            <w:r>
              <w:rPr>
                <w:rFonts w:ascii="游ゴシック" w:hAnsi="游ゴシック" w:eastAsia="游ゴシック"/>
                <w:b w:val="0"/>
                <w:sz w:val="18"/>
              </w:rPr>
              <w:t>このたびは誠に申し訳ございませんでした。</w:t>
            </w:r>
          </w:p>
        </w:tc>
      </w:tr>
    </w:tbl>
    <w:p>
      <w:pPr>
        <w:spacing w:before="240" w:after="80" w:line="324" w:lineRule="auto"/>
      </w:pPr>
      <w:r>
        <w:rPr>
          <w:rFonts w:ascii="游ゴシック" w:hAnsi="游ゴシック" w:eastAsia="游ゴシック"/>
          <w:b/>
          <w:sz w:val="24"/>
        </w:rPr>
        <w:t>お詫びの言い回しの重さ</w:t>
      </w:r>
    </w:p>
    <w:tbl>
      <w:tblPr>
        <w:tblStyle w:val="TableGrid"/>
        <w:tblW w:type="auto" w:w="0"/>
        <w:tblLook w:firstColumn="1" w:firstRow="1" w:lastColumn="0" w:lastRow="0" w:noHBand="0" w:noVBand="1" w:val="04A0"/>
      </w:tblPr>
      <w:tblGrid>
        <w:gridCol w:w="3213"/>
        <w:gridCol w:w="3213"/>
        <w:gridCol w:w="3213"/>
      </w:tblGrid>
      <w:tr>
        <w:tc>
          <w:tcPr>
            <w:tcW w:type="dxa" w:w="1020"/>
            <w:shd w:val="clear" w:color="auto" w:fill="E8EEF7"/>
          </w:tcPr>
          <w:p>
            <w:pPr>
              <w:spacing w:after="20"/>
            </w:pPr>
            <w:r/>
            <w:r>
              <w:rPr>
                <w:rFonts w:ascii="游ゴシック" w:hAnsi="游ゴシック" w:eastAsia="游ゴシック"/>
                <w:b/>
                <w:sz w:val="18"/>
              </w:rPr>
              <w:t>重さ</w:t>
            </w:r>
          </w:p>
        </w:tc>
        <w:tc>
          <w:tcPr>
            <w:tcW w:type="dxa" w:w="4082"/>
            <w:shd w:val="clear" w:color="auto" w:fill="E8EEF7"/>
          </w:tcPr>
          <w:p>
            <w:pPr>
              <w:spacing w:after="20"/>
            </w:pPr>
            <w:r/>
            <w:r>
              <w:rPr>
                <w:rFonts w:ascii="游ゴシック" w:hAnsi="游ゴシック" w:eastAsia="游ゴシック"/>
                <w:b/>
                <w:sz w:val="18"/>
              </w:rPr>
              <w:t>言い回し</w:t>
            </w:r>
          </w:p>
        </w:tc>
        <w:tc>
          <w:tcPr>
            <w:tcW w:type="dxa" w:w="4535"/>
            <w:shd w:val="clear" w:color="auto" w:fill="E8EEF7"/>
          </w:tcPr>
          <w:p>
            <w:pPr>
              <w:spacing w:after="20"/>
            </w:pPr>
            <w:r/>
            <w:r>
              <w:rPr>
                <w:rFonts w:ascii="游ゴシック" w:hAnsi="游ゴシック" w:eastAsia="游ゴシック"/>
                <w:b/>
                <w:sz w:val="18"/>
              </w:rPr>
              <w:t>使う場面</w:t>
            </w:r>
          </w:p>
        </w:tc>
      </w:tr>
      <w:tr>
        <w:tc>
          <w:tcPr>
            <w:tcW w:type="dxa" w:w="1020"/>
          </w:tcPr>
          <w:p>
            <w:pPr>
              <w:spacing w:after="20"/>
            </w:pPr>
            <w:r/>
            <w:r>
              <w:rPr>
                <w:rFonts w:ascii="游ゴシック" w:hAnsi="游ゴシック" w:eastAsia="游ゴシック"/>
                <w:b/>
                <w:sz w:val="18"/>
              </w:rPr>
              <w:t>軽い</w:t>
            </w:r>
          </w:p>
        </w:tc>
        <w:tc>
          <w:tcPr>
            <w:tcW w:type="dxa" w:w="4082"/>
          </w:tcPr>
          <w:p>
            <w:pPr>
              <w:spacing w:after="20"/>
            </w:pPr>
            <w:r/>
            <w:r>
              <w:rPr>
                <w:rFonts w:ascii="游ゴシック" w:hAnsi="游ゴシック" w:eastAsia="游ゴシック"/>
                <w:b w:val="0"/>
                <w:sz w:val="18"/>
              </w:rPr>
              <w:t>ご不便をおかけしました／お手数をおかけしました</w:t>
            </w:r>
          </w:p>
        </w:tc>
        <w:tc>
          <w:tcPr>
            <w:tcW w:type="dxa" w:w="4535"/>
          </w:tcPr>
          <w:p>
            <w:pPr>
              <w:spacing w:after="20"/>
            </w:pPr>
            <w:r/>
            <w:r>
              <w:rPr>
                <w:rFonts w:ascii="游ゴシック" w:hAnsi="游ゴシック" w:eastAsia="游ゴシック"/>
                <w:b w:val="0"/>
                <w:sz w:val="18"/>
              </w:rPr>
              <w:t>相手に少し手間をかけたとき（返信の遅れ、書類の再送など）</w:t>
            </w:r>
          </w:p>
        </w:tc>
      </w:tr>
      <w:tr>
        <w:tc>
          <w:tcPr>
            <w:tcW w:type="dxa" w:w="1020"/>
          </w:tcPr>
          <w:p>
            <w:pPr>
              <w:spacing w:after="20"/>
            </w:pPr>
            <w:r/>
            <w:r>
              <w:rPr>
                <w:rFonts w:ascii="游ゴシック" w:hAnsi="游ゴシック" w:eastAsia="游ゴシック"/>
                <w:b/>
                <w:sz w:val="18"/>
              </w:rPr>
              <w:t>ふつう</w:t>
            </w:r>
          </w:p>
        </w:tc>
        <w:tc>
          <w:tcPr>
            <w:tcW w:type="dxa" w:w="4082"/>
          </w:tcPr>
          <w:p>
            <w:pPr>
              <w:spacing w:after="20"/>
            </w:pPr>
            <w:r/>
            <w:r>
              <w:rPr>
                <w:rFonts w:ascii="游ゴシック" w:hAnsi="游ゴシック" w:eastAsia="游ゴシック"/>
                <w:b w:val="0"/>
                <w:sz w:val="18"/>
              </w:rPr>
              <w:t>ご迷惑をおかけし、申し訳ございません</w:t>
            </w:r>
          </w:p>
        </w:tc>
        <w:tc>
          <w:tcPr>
            <w:tcW w:type="dxa" w:w="4535"/>
          </w:tcPr>
          <w:p>
            <w:pPr>
              <w:spacing w:after="20"/>
            </w:pPr>
            <w:r/>
            <w:r>
              <w:rPr>
                <w:rFonts w:ascii="游ゴシック" w:hAnsi="游ゴシック" w:eastAsia="游ゴシック"/>
                <w:b w:val="0"/>
                <w:sz w:val="18"/>
              </w:rPr>
              <w:t>多くの場面で使える基本のお詫び</w:t>
            </w:r>
          </w:p>
        </w:tc>
      </w:tr>
      <w:tr>
        <w:tc>
          <w:tcPr>
            <w:tcW w:type="dxa" w:w="1020"/>
          </w:tcPr>
          <w:p>
            <w:pPr>
              <w:spacing w:after="20"/>
            </w:pPr>
            <w:r/>
            <w:r>
              <w:rPr>
                <w:rFonts w:ascii="游ゴシック" w:hAnsi="游ゴシック" w:eastAsia="游ゴシック"/>
                <w:b/>
                <w:sz w:val="18"/>
              </w:rPr>
              <w:t>重い</w:t>
            </w:r>
          </w:p>
        </w:tc>
        <w:tc>
          <w:tcPr>
            <w:tcW w:type="dxa" w:w="4082"/>
          </w:tcPr>
          <w:p>
            <w:pPr>
              <w:spacing w:after="20"/>
            </w:pPr>
            <w:r/>
            <w:r>
              <w:rPr>
                <w:rFonts w:ascii="游ゴシック" w:hAnsi="游ゴシック" w:eastAsia="游ゴシック"/>
                <w:b w:val="0"/>
                <w:sz w:val="18"/>
              </w:rPr>
              <w:t>心よりお詫び申し上げます／深くお詫び申し上げます</w:t>
            </w:r>
          </w:p>
        </w:tc>
        <w:tc>
          <w:tcPr>
            <w:tcW w:type="dxa" w:w="4535"/>
          </w:tcPr>
          <w:p>
            <w:pPr>
              <w:spacing w:after="20"/>
            </w:pPr>
            <w:r/>
            <w:r>
              <w:rPr>
                <w:rFonts w:ascii="游ゴシック" w:hAnsi="游ゴシック" w:eastAsia="游ゴシック"/>
                <w:b w:val="0"/>
                <w:sz w:val="18"/>
              </w:rPr>
              <w:t>相手に損害や大きな不快感を与えたとき（不良品、障害、苦情など）</w:t>
            </w:r>
          </w:p>
        </w:tc>
      </w:tr>
      <w:tr>
        <w:tc>
          <w:tcPr>
            <w:tcW w:type="dxa" w:w="1020"/>
          </w:tcPr>
          <w:p>
            <w:pPr>
              <w:spacing w:after="20"/>
            </w:pPr>
            <w:r/>
            <w:r>
              <w:rPr>
                <w:rFonts w:ascii="游ゴシック" w:hAnsi="游ゴシック" w:eastAsia="游ゴシック"/>
                <w:b/>
                <w:sz w:val="18"/>
              </w:rPr>
              <w:t>社内</w:t>
            </w:r>
          </w:p>
        </w:tc>
        <w:tc>
          <w:tcPr>
            <w:tcW w:type="dxa" w:w="4082"/>
          </w:tcPr>
          <w:p>
            <w:pPr>
              <w:spacing w:after="20"/>
            </w:pPr>
            <w:r/>
            <w:r>
              <w:rPr>
                <w:rFonts w:ascii="游ゴシック" w:hAnsi="游ゴシック" w:eastAsia="游ゴシック"/>
                <w:b w:val="0"/>
                <w:sz w:val="18"/>
              </w:rPr>
              <w:t>申し訳ありません／ご迷惑をおかけしてすみません（親しい間柄）</w:t>
            </w:r>
          </w:p>
        </w:tc>
        <w:tc>
          <w:tcPr>
            <w:tcW w:type="dxa" w:w="4535"/>
          </w:tcPr>
          <w:p>
            <w:pPr>
              <w:spacing w:after="20"/>
            </w:pPr>
            <w:r/>
            <w:r>
              <w:rPr>
                <w:rFonts w:ascii="游ゴシック" w:hAnsi="游ゴシック" w:eastAsia="游ゴシック"/>
                <w:b w:val="0"/>
                <w:sz w:val="18"/>
              </w:rPr>
              <w:t>上司・同僚・他部署へのお詫び</w:t>
            </w:r>
          </w:p>
        </w:tc>
      </w:tr>
    </w:tbl>
    <w:p>
      <w:pPr>
        <w:spacing w:before="240" w:after="80" w:line="324" w:lineRule="auto"/>
      </w:pPr>
      <w:r>
        <w:rPr>
          <w:rFonts w:ascii="游ゴシック" w:hAnsi="游ゴシック" w:eastAsia="游ゴシック"/>
          <w:b/>
          <w:sz w:val="24"/>
        </w:rPr>
        <w:t>お詫びメールで避けたい書き方</w:t>
      </w:r>
    </w:p>
    <w:p>
      <w:pPr>
        <w:spacing w:before="0" w:after="40" w:line="324" w:lineRule="auto"/>
        <w:ind w:left="227" w:hanging="227"/>
      </w:pPr>
      <w:r>
        <w:rPr>
          <w:rFonts w:ascii="游ゴシック" w:hAnsi="游ゴシック" w:eastAsia="游ゴシック"/>
          <w:b w:val="0"/>
          <w:sz w:val="21"/>
        </w:rPr>
        <w:t>・「〜とは存じますが」「〜のため仕方なく」など、言い訳に聞こえる言い方を最初に置く</w:t>
      </w:r>
    </w:p>
    <w:p>
      <w:pPr>
        <w:spacing w:before="0" w:after="40" w:line="324" w:lineRule="auto"/>
        <w:ind w:left="227" w:hanging="227"/>
      </w:pPr>
      <w:r>
        <w:rPr>
          <w:rFonts w:ascii="游ゴシック" w:hAnsi="游ゴシック" w:eastAsia="游ゴシック"/>
          <w:b w:val="0"/>
          <w:sz w:val="21"/>
        </w:rPr>
        <w:t>・「担当者が不在だったため」「仕入れ先のミスで」など、他人のせいに聞こえる書き方</w:t>
      </w:r>
    </w:p>
    <w:p>
      <w:pPr>
        <w:spacing w:before="0" w:after="40" w:line="324" w:lineRule="auto"/>
        <w:ind w:left="227" w:hanging="227"/>
      </w:pPr>
      <w:r>
        <w:rPr>
          <w:rFonts w:ascii="游ゴシック" w:hAnsi="游ゴシック" w:eastAsia="游ゴシック"/>
          <w:b w:val="0"/>
          <w:sz w:val="21"/>
        </w:rPr>
        <w:t>・「申し訳ございません」を段落ごとに何度も繰り返す（冒頭と結びの2回程度で十分です）</w:t>
      </w:r>
    </w:p>
    <w:p>
      <w:pPr>
        <w:spacing w:before="0" w:after="40" w:line="324" w:lineRule="auto"/>
        <w:ind w:left="227" w:hanging="227"/>
      </w:pPr>
      <w:r>
        <w:rPr>
          <w:rFonts w:ascii="游ゴシック" w:hAnsi="游ゴシック" w:eastAsia="游ゴシック"/>
          <w:b w:val="0"/>
          <w:sz w:val="21"/>
        </w:rPr>
        <w:t>・まだ決まっていない日付や対応を「必ず」「すぐに」と約束する</w:t>
      </w:r>
    </w:p>
    <w:p>
      <w:pPr>
        <w:spacing w:before="160" w:after="40" w:line="324" w:lineRule="auto"/>
      </w:pPr>
      <w:r>
        <w:rPr>
          <w:rFonts w:ascii="游ゴシック" w:hAnsi="游ゴシック" w:eastAsia="游ゴシック"/>
          <w:b w:val="0"/>
          <w:color w:val="555E6B"/>
          <w:sz w:val="18"/>
        </w:rPr>
        <w:t>※ どの例文も、最後に次の署名を付けてください。</w:t>
      </w:r>
    </w:p>
    <w:p>
      <w:pPr>
        <w:spacing w:before="0" w:after="0" w:line="324" w:lineRule="auto"/>
        <w:ind w:left="227" w:firstLine="0"/>
      </w:pPr>
      <w:r>
        <w:rPr>
          <w:rFonts w:ascii="游ゴシック" w:hAnsi="游ゴシック" w:eastAsia="游ゴシック"/>
          <w:b w:val="0"/>
          <w:color w:val="555E6B"/>
          <w:sz w:val="18"/>
        </w:rPr>
        <w:t>――――――――――――――</w:t>
      </w:r>
    </w:p>
    <w:p>
      <w:pPr>
        <w:spacing w:before="0" w:after="0" w:line="324" w:lineRule="auto"/>
        <w:ind w:left="227" w:firstLine="0"/>
      </w:pPr>
      <w:r>
        <w:rPr>
          <w:rFonts w:ascii="游ゴシック" w:hAnsi="游ゴシック" w:eastAsia="游ゴシック"/>
          <w:b w:val="0"/>
          <w:color w:val="555E6B"/>
          <w:sz w:val="18"/>
        </w:rPr>
        <w:t>【自社名】【部署名】</w:t>
      </w:r>
    </w:p>
    <w:p>
      <w:pPr>
        <w:spacing w:before="0" w:after="0" w:line="324" w:lineRule="auto"/>
        <w:ind w:left="227" w:firstLine="0"/>
      </w:pPr>
      <w:r>
        <w:rPr>
          <w:rFonts w:ascii="游ゴシック" w:hAnsi="游ゴシック" w:eastAsia="游ゴシック"/>
          <w:b w:val="0"/>
          <w:color w:val="555E6B"/>
          <w:sz w:val="18"/>
        </w:rPr>
        <w:t>【氏名】</w:t>
      </w:r>
    </w:p>
    <w:p>
      <w:pPr>
        <w:spacing w:before="0" w:after="0" w:line="324" w:lineRule="auto"/>
        <w:ind w:left="227" w:firstLine="0"/>
      </w:pPr>
      <w:r>
        <w:rPr>
          <w:rFonts w:ascii="游ゴシック" w:hAnsi="游ゴシック" w:eastAsia="游ゴシック"/>
          <w:b w:val="0"/>
          <w:color w:val="555E6B"/>
          <w:sz w:val="18"/>
        </w:rPr>
        <w:t>TEL：【電話番号】　メール：【メールアドレス】</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例文1　納期の遅れ</w:t>
      </w:r>
    </w:p>
    <w:p>
      <w:pPr>
        <w:keepNext/>
        <w:spacing w:before="0" w:after="80" w:line="324" w:lineRule="auto"/>
      </w:pPr>
      <w:r>
        <w:rPr>
          <w:rFonts w:ascii="游ゴシック" w:hAnsi="游ゴシック" w:eastAsia="游ゴシック"/>
          <w:b w:val="0"/>
          <w:color w:val="555E6B"/>
          <w:sz w:val="19"/>
        </w:rPr>
        <w:t>約束した納期に商品や成果物を届けられないとき。わかった時点で、できるだけ早く送ります。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件名：【商品名】納期遅延のお詫びと今後のお届け予定について</w:t>
            </w:r>
          </w:p>
          <w:p>
            <w:pPr>
              <w:spacing w:after="0" w:line="144" w:lineRule="auto"/>
            </w:pPr>
          </w:p>
          <w:p>
            <w:pPr>
              <w:spacing w:after="0" w:line="312" w:lineRule="auto"/>
            </w:pPr>
            <w:r>
              <w:rPr>
                <w:rFonts w:ascii="游ゴシック" w:hAnsi="游ゴシック" w:eastAsia="游ゴシック"/>
                <w:b w:val="0"/>
                <w:sz w:val="19"/>
              </w:rPr>
              <w:t>【会社名】</w:t>
            </w:r>
          </w:p>
          <w:p>
            <w:pPr>
              <w:spacing w:after="0" w:line="312" w:lineRule="auto"/>
            </w:pPr>
            <w:r>
              <w:rPr>
                <w:rFonts w:ascii="游ゴシック" w:hAnsi="游ゴシック" w:eastAsia="游ゴシック"/>
                <w:b w:val="0"/>
                <w:sz w:val="19"/>
              </w:rPr>
              <w:t>【部署名】【ご担当者名】様</w:t>
            </w:r>
          </w:p>
          <w:p>
            <w:pPr>
              <w:spacing w:after="0" w:line="144" w:lineRule="auto"/>
            </w:pPr>
          </w:p>
          <w:p>
            <w:pPr>
              <w:spacing w:after="0" w:line="312" w:lineRule="auto"/>
            </w:pPr>
            <w:r>
              <w:rPr>
                <w:rFonts w:ascii="游ゴシック" w:hAnsi="游ゴシック" w:eastAsia="游ゴシック"/>
                <w:b w:val="0"/>
                <w:sz w:val="19"/>
              </w:rPr>
              <w:t>いつも大変お世話になっております。【自社名】の【氏名】でございます。</w:t>
            </w:r>
          </w:p>
          <w:p>
            <w:pPr>
              <w:spacing w:after="0" w:line="144" w:lineRule="auto"/>
            </w:pPr>
          </w:p>
          <w:p>
            <w:pPr>
              <w:spacing w:after="0" w:line="312" w:lineRule="auto"/>
            </w:pPr>
            <w:r>
              <w:rPr>
                <w:rFonts w:ascii="游ゴシック" w:hAnsi="游ゴシック" w:eastAsia="游ゴシック"/>
                <w:b w:val="0"/>
                <w:sz w:val="19"/>
              </w:rPr>
              <w:t>【日付】にご注文いただきました【商品名】につきまして、お約束しておりました【当初の納期】までにお届けできない見込みとなりました。ご迷惑をおかけしますことを、心よりお詫び申し上げます。</w:t>
            </w:r>
          </w:p>
          <w:p>
            <w:pPr>
              <w:spacing w:after="0" w:line="144" w:lineRule="auto"/>
            </w:pPr>
          </w:p>
          <w:p>
            <w:pPr>
              <w:spacing w:after="0" w:line="312" w:lineRule="auto"/>
            </w:pPr>
            <w:r>
              <w:rPr>
                <w:rFonts w:ascii="游ゴシック" w:hAnsi="游ゴシック" w:eastAsia="游ゴシック"/>
                <w:b w:val="0"/>
                <w:sz w:val="19"/>
              </w:rPr>
              <w:t>原因は、【部品の入荷の遅れ／製造工程でのトラブル】によるものです。当社での状況の確認が遅れ、ご連絡がこの時期になってしまいました。</w:t>
            </w:r>
          </w:p>
          <w:p>
            <w:pPr>
              <w:spacing w:after="0" w:line="144" w:lineRule="auto"/>
            </w:pPr>
          </w:p>
          <w:p>
            <w:pPr>
              <w:spacing w:after="0" w:line="312" w:lineRule="auto"/>
            </w:pPr>
            <w:r>
              <w:rPr>
                <w:rFonts w:ascii="游ゴシック" w:hAnsi="游ゴシック" w:eastAsia="游ゴシック"/>
                <w:b w:val="0"/>
                <w:sz w:val="19"/>
              </w:rPr>
              <w:t>現在、【代わりの部品の手配／製造の人員を増やす】などの対応を進めており、【新しい納期】にはお届けできる見込みです。日程が確定しましたら、あらためてご連絡いたします。また、一部だけを先にお届けすることもできますので、ご希望がございましたらお申し付けください。</w:t>
            </w:r>
          </w:p>
          <w:p>
            <w:pPr>
              <w:spacing w:after="0" w:line="144" w:lineRule="auto"/>
            </w:pPr>
          </w:p>
          <w:p>
            <w:pPr>
              <w:spacing w:after="0" w:line="312" w:lineRule="auto"/>
            </w:pPr>
            <w:r>
              <w:rPr>
                <w:rFonts w:ascii="游ゴシック" w:hAnsi="游ゴシック" w:eastAsia="游ゴシック"/>
                <w:b w:val="0"/>
                <w:sz w:val="19"/>
              </w:rPr>
              <w:t>今後は【入荷の状況を週1回確認し、遅れの可能性がわかった時点でご連絡する】ようにいたします。</w:t>
            </w:r>
          </w:p>
          <w:p>
            <w:pPr>
              <w:spacing w:after="0" w:line="144" w:lineRule="auto"/>
            </w:pPr>
          </w:p>
          <w:p>
            <w:pPr>
              <w:spacing w:after="0" w:line="312" w:lineRule="auto"/>
            </w:pPr>
            <w:r>
              <w:rPr>
                <w:rFonts w:ascii="游ゴシック" w:hAnsi="游ゴシック" w:eastAsia="游ゴシック"/>
                <w:b w:val="0"/>
                <w:sz w:val="19"/>
              </w:rPr>
              <w:t>本来であればお伺いしてお詫びすべきところ、取り急ぎメールにてご報告申し上げます。</w:t>
            </w:r>
          </w:p>
          <w:p>
            <w:pPr>
              <w:spacing w:after="0" w:line="312" w:lineRule="auto"/>
            </w:pPr>
            <w:r>
              <w:rPr>
                <w:rFonts w:ascii="游ゴシック" w:hAnsi="游ゴシック" w:eastAsia="游ゴシック"/>
                <w:b w:val="0"/>
                <w:sz w:val="19"/>
              </w:rPr>
              <w:t>このたびは誠に申し訳ございません。</w:t>
            </w:r>
          </w:p>
        </w:tc>
      </w:tr>
    </w:tbl>
    <w:p>
      <w:pPr>
        <w:spacing w:before="80" w:after="80" w:line="324" w:lineRule="auto"/>
        <w:ind w:left="227" w:hanging="227"/>
      </w:pPr>
      <w:r>
        <w:rPr>
          <w:rFonts w:ascii="游ゴシック" w:hAnsi="游ゴシック" w:eastAsia="游ゴシック"/>
          <w:b w:val="0"/>
          <w:sz w:val="18"/>
        </w:rPr>
        <w:t>ポイント：新しい納期は「見込み」と「確定」を分けて書きます。確実でない日付を約束すると、二度目の遅れにつながります。</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例文2　商品の不良・誤配送</w:t>
      </w:r>
    </w:p>
    <w:p>
      <w:pPr>
        <w:keepNext/>
        <w:spacing w:before="0" w:after="80" w:line="324" w:lineRule="auto"/>
      </w:pPr>
      <w:r>
        <w:rPr>
          <w:rFonts w:ascii="游ゴシック" w:hAnsi="游ゴシック" w:eastAsia="游ゴシック"/>
          <w:b w:val="0"/>
          <w:color w:val="555E6B"/>
          <w:sz w:val="19"/>
        </w:rPr>
        <w:t>お届けした商品に不良があった、注文と違う商品が届いたというご連絡を受けたとき。</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件名：お届けした商品の不具合（誤配送）についてのお詫び</w:t>
            </w:r>
          </w:p>
          <w:p>
            <w:pPr>
              <w:spacing w:after="0" w:line="144" w:lineRule="auto"/>
            </w:pPr>
          </w:p>
          <w:p>
            <w:pPr>
              <w:spacing w:after="0" w:line="312" w:lineRule="auto"/>
            </w:pPr>
            <w:r>
              <w:rPr>
                <w:rFonts w:ascii="游ゴシック" w:hAnsi="游ゴシック" w:eastAsia="游ゴシック"/>
                <w:b w:val="0"/>
                <w:sz w:val="19"/>
              </w:rPr>
              <w:t>【お客様名】様</w:t>
            </w:r>
          </w:p>
          <w:p>
            <w:pPr>
              <w:spacing w:after="0" w:line="144" w:lineRule="auto"/>
            </w:pPr>
          </w:p>
          <w:p>
            <w:pPr>
              <w:spacing w:after="0" w:line="312" w:lineRule="auto"/>
            </w:pPr>
            <w:r>
              <w:rPr>
                <w:rFonts w:ascii="游ゴシック" w:hAnsi="游ゴシック" w:eastAsia="游ゴシック"/>
                <w:b w:val="0"/>
                <w:sz w:val="19"/>
              </w:rPr>
              <w:t>このたびは【自社名】をご利用いただき、誠にありがとうございます。【担当部署】の【氏名】でございます。</w:t>
            </w:r>
          </w:p>
          <w:p>
            <w:pPr>
              <w:spacing w:after="0" w:line="144" w:lineRule="auto"/>
            </w:pPr>
          </w:p>
          <w:p>
            <w:pPr>
              <w:spacing w:after="0" w:line="312" w:lineRule="auto"/>
            </w:pPr>
            <w:r>
              <w:rPr>
                <w:rFonts w:ascii="游ゴシック" w:hAnsi="游ゴシック" w:eastAsia="游ゴシック"/>
                <w:b w:val="0"/>
                <w:sz w:val="19"/>
              </w:rPr>
              <w:t>【日付】にお届けした【商品名】について、【不良の内容／ご注文と異なる商品が届いた】とのご連絡をいただきました。ご不便とご迷惑をおかけしましたことを、深くお詫び申し上げます。</w:t>
            </w:r>
          </w:p>
          <w:p>
            <w:pPr>
              <w:spacing w:after="0" w:line="144" w:lineRule="auto"/>
            </w:pPr>
          </w:p>
          <w:p>
            <w:pPr>
              <w:spacing w:after="0" w:line="312" w:lineRule="auto"/>
            </w:pPr>
            <w:r>
              <w:rPr>
                <w:rFonts w:ascii="游ゴシック" w:hAnsi="游ゴシック" w:eastAsia="游ゴシック"/>
                <w:b w:val="0"/>
                <w:sz w:val="19"/>
              </w:rPr>
              <w:t>確認しましたところ、【出荷前の検品での見落とし／梱包時の商品の取り違え】が原因でございました。</w:t>
            </w:r>
          </w:p>
          <w:p>
            <w:pPr>
              <w:spacing w:after="0" w:line="144" w:lineRule="auto"/>
            </w:pPr>
          </w:p>
          <w:p>
            <w:pPr>
              <w:spacing w:after="0" w:line="312" w:lineRule="auto"/>
            </w:pPr>
            <w:r>
              <w:rPr>
                <w:rFonts w:ascii="游ゴシック" w:hAnsi="游ゴシック" w:eastAsia="游ゴシック"/>
                <w:b w:val="0"/>
                <w:sz w:val="19"/>
              </w:rPr>
              <w:t>正しい商品（交換品）を【日付】に発送いたします。お手元の商品は、同封の返送用伝票（送料は当社負担）でご返送ください。お手数をおかけし、申し訳ございません。</w:t>
            </w:r>
          </w:p>
          <w:p>
            <w:pPr>
              <w:spacing w:after="0" w:line="144" w:lineRule="auto"/>
            </w:pPr>
          </w:p>
          <w:p>
            <w:pPr>
              <w:spacing w:after="0" w:line="312" w:lineRule="auto"/>
            </w:pPr>
            <w:r>
              <w:rPr>
                <w:rFonts w:ascii="游ゴシック" w:hAnsi="游ゴシック" w:eastAsia="游ゴシック"/>
                <w:b w:val="0"/>
                <w:sz w:val="19"/>
              </w:rPr>
              <w:t>今後は【出荷前に2名で品番と数量を確認する】など、検品の手順を見直してまいります。</w:t>
            </w:r>
          </w:p>
          <w:p>
            <w:pPr>
              <w:spacing w:after="0" w:line="144" w:lineRule="auto"/>
            </w:pPr>
          </w:p>
          <w:p>
            <w:pPr>
              <w:spacing w:after="0" w:line="312" w:lineRule="auto"/>
            </w:pPr>
            <w:r>
              <w:rPr>
                <w:rFonts w:ascii="游ゴシック" w:hAnsi="游ゴシック" w:eastAsia="游ゴシック"/>
                <w:b w:val="0"/>
                <w:sz w:val="19"/>
              </w:rPr>
              <w:t>ご不明な点がございましたら、【電話番号】までお問い合わせください。</w:t>
            </w:r>
          </w:p>
          <w:p>
            <w:pPr>
              <w:spacing w:after="0" w:line="312" w:lineRule="auto"/>
            </w:pPr>
            <w:r>
              <w:rPr>
                <w:rFonts w:ascii="游ゴシック" w:hAnsi="游ゴシック" w:eastAsia="游ゴシック"/>
                <w:b w:val="0"/>
                <w:sz w:val="19"/>
              </w:rPr>
              <w:t>このたびは誠に申し訳ございませんでした。</w:t>
            </w:r>
          </w:p>
        </w:tc>
      </w:tr>
    </w:tbl>
    <w:p>
      <w:pPr>
        <w:spacing w:before="80" w:after="80" w:line="324" w:lineRule="auto"/>
        <w:ind w:left="227" w:hanging="227"/>
      </w:pPr>
      <w:r>
        <w:rPr>
          <w:rFonts w:ascii="游ゴシック" w:hAnsi="游ゴシック" w:eastAsia="游ゴシック"/>
          <w:b w:val="0"/>
          <w:sz w:val="18"/>
        </w:rPr>
        <w:t>ポイント：お客様にしてほしいこと（返送の方法など）は、手間が最小になるように具体的に書きます。送料などの負担はこちらで持つのが一般的です。</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例文3　請求書の誤り</w:t>
      </w:r>
    </w:p>
    <w:p>
      <w:pPr>
        <w:keepNext/>
        <w:spacing w:before="0" w:after="80" w:line="324" w:lineRule="auto"/>
      </w:pPr>
      <w:r>
        <w:rPr>
          <w:rFonts w:ascii="游ゴシック" w:hAnsi="游ゴシック" w:eastAsia="游ゴシック"/>
          <w:b w:val="0"/>
          <w:color w:val="555E6B"/>
          <w:sz w:val="19"/>
        </w:rPr>
        <w:t>送った請求書の金額や宛名が間違っていたとき。正しい金額と、先に送った請求書の扱いをはっきり書きます。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件名：【◯月分】請求書の金額誤りについてのお詫びと再発行のご案内</w:t>
            </w:r>
          </w:p>
          <w:p>
            <w:pPr>
              <w:spacing w:after="0" w:line="144" w:lineRule="auto"/>
            </w:pPr>
          </w:p>
          <w:p>
            <w:pPr>
              <w:spacing w:after="0" w:line="312" w:lineRule="auto"/>
            </w:pPr>
            <w:r>
              <w:rPr>
                <w:rFonts w:ascii="游ゴシック" w:hAnsi="游ゴシック" w:eastAsia="游ゴシック"/>
                <w:b w:val="0"/>
                <w:sz w:val="19"/>
              </w:rPr>
              <w:t>【会社名】</w:t>
            </w:r>
          </w:p>
          <w:p>
            <w:pPr>
              <w:spacing w:after="0" w:line="312" w:lineRule="auto"/>
            </w:pPr>
            <w:r>
              <w:rPr>
                <w:rFonts w:ascii="游ゴシック" w:hAnsi="游ゴシック" w:eastAsia="游ゴシック"/>
                <w:b w:val="0"/>
                <w:sz w:val="19"/>
              </w:rPr>
              <w:t>【経理ご担当者名】様</w:t>
            </w:r>
          </w:p>
          <w:p>
            <w:pPr>
              <w:spacing w:after="0" w:line="144" w:lineRule="auto"/>
            </w:pPr>
          </w:p>
          <w:p>
            <w:pPr>
              <w:spacing w:after="0" w:line="312" w:lineRule="auto"/>
            </w:pPr>
            <w:r>
              <w:rPr>
                <w:rFonts w:ascii="游ゴシック" w:hAnsi="游ゴシック" w:eastAsia="游ゴシック"/>
                <w:b w:val="0"/>
                <w:sz w:val="19"/>
              </w:rPr>
              <w:t>いつもお世話になっております。【自社名】の【氏名】でございます。</w:t>
            </w:r>
          </w:p>
          <w:p>
            <w:pPr>
              <w:spacing w:after="0" w:line="144" w:lineRule="auto"/>
            </w:pPr>
          </w:p>
          <w:p>
            <w:pPr>
              <w:spacing w:after="0" w:line="312" w:lineRule="auto"/>
            </w:pPr>
            <w:r>
              <w:rPr>
                <w:rFonts w:ascii="游ゴシック" w:hAnsi="游ゴシック" w:eastAsia="游ゴシック"/>
                <w:b w:val="0"/>
                <w:sz w:val="19"/>
              </w:rPr>
              <w:t>【日付】にお送りした【◯月分】の請求書に、【数量の入力誤りによる金額の誤り】がございました。正しい請求金額は【正しい金額】円（税込）でございます。お手数をおかけし、誠に申し訳ございません。</w:t>
            </w:r>
          </w:p>
          <w:p>
            <w:pPr>
              <w:spacing w:after="0" w:line="144" w:lineRule="auto"/>
            </w:pPr>
          </w:p>
          <w:p>
            <w:pPr>
              <w:spacing w:after="0" w:line="312" w:lineRule="auto"/>
            </w:pPr>
            <w:r>
              <w:rPr>
                <w:rFonts w:ascii="游ゴシック" w:hAnsi="游ゴシック" w:eastAsia="游ゴシック"/>
                <w:b w:val="0"/>
                <w:sz w:val="19"/>
              </w:rPr>
              <w:t>訂正した請求書を本メールに添付いたしました。お手数ですが、先にお送りした請求書は破棄していただけますでしょうか。すでにお支払いのお手続きがお済みの場合は、差額の扱いについてご相談させてください。</w:t>
            </w:r>
          </w:p>
          <w:p>
            <w:pPr>
              <w:spacing w:after="0" w:line="144" w:lineRule="auto"/>
            </w:pPr>
          </w:p>
          <w:p>
            <w:pPr>
              <w:spacing w:after="0" w:line="312" w:lineRule="auto"/>
            </w:pPr>
            <w:r>
              <w:rPr>
                <w:rFonts w:ascii="游ゴシック" w:hAnsi="游ゴシック" w:eastAsia="游ゴシック"/>
                <w:b w:val="0"/>
                <w:sz w:val="19"/>
              </w:rPr>
              <w:t>原因は、請求書を作る際の【数量の転記ミス】で、送る前の確認が不十分でした。今後は【作成した者とは別の者が、注文書と金額を照らし合わせてから送る】ようにいたします。</w:t>
            </w:r>
          </w:p>
          <w:p>
            <w:pPr>
              <w:spacing w:after="0" w:line="144" w:lineRule="auto"/>
            </w:pPr>
          </w:p>
          <w:p>
            <w:pPr>
              <w:spacing w:after="0" w:line="312" w:lineRule="auto"/>
            </w:pPr>
            <w:r>
              <w:rPr>
                <w:rFonts w:ascii="游ゴシック" w:hAnsi="游ゴシック" w:eastAsia="游ゴシック"/>
                <w:b w:val="0"/>
                <w:sz w:val="19"/>
              </w:rPr>
              <w:t>このたびはご迷惑をおかけし、誠に申し訳ございませんでした。</w:t>
            </w:r>
          </w:p>
        </w:tc>
      </w:tr>
    </w:tbl>
    <w:p>
      <w:pPr>
        <w:spacing w:before="80" w:after="80" w:line="324" w:lineRule="auto"/>
        <w:ind w:left="227" w:hanging="227"/>
      </w:pPr>
      <w:r>
        <w:rPr>
          <w:rFonts w:ascii="游ゴシック" w:hAnsi="游ゴシック" w:eastAsia="游ゴシック"/>
          <w:b w:val="0"/>
          <w:sz w:val="18"/>
        </w:rPr>
        <w:t>ポイント：金額の訂正では、「間違っていました」だけでなく、正しい金額を数字ではっきり書きます。訂正版のファイル名にも「訂正」と入れると、相手が取り違えません。</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例文4　返信の遅れ</w:t>
      </w:r>
    </w:p>
    <w:p>
      <w:pPr>
        <w:keepNext/>
        <w:spacing w:before="0" w:after="80" w:line="324" w:lineRule="auto"/>
      </w:pPr>
      <w:r>
        <w:rPr>
          <w:rFonts w:ascii="游ゴシック" w:hAnsi="游ゴシック" w:eastAsia="游ゴシック"/>
          <w:b w:val="0"/>
          <w:color w:val="555E6B"/>
          <w:sz w:val="19"/>
        </w:rPr>
        <w:t>メールや問い合わせへの返事が遅れてしまったとき。お詫びは短くして、すぐに本題（回答）に入ります。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件名：Re: 【元の件名】（ご返信が遅くなり申し訳ございません）</w:t>
            </w:r>
          </w:p>
          <w:p>
            <w:pPr>
              <w:spacing w:after="0" w:line="144" w:lineRule="auto"/>
            </w:pPr>
          </w:p>
          <w:p>
            <w:pPr>
              <w:spacing w:after="0" w:line="312" w:lineRule="auto"/>
            </w:pPr>
            <w:r>
              <w:rPr>
                <w:rFonts w:ascii="游ゴシック" w:hAnsi="游ゴシック" w:eastAsia="游ゴシック"/>
                <w:b w:val="0"/>
                <w:sz w:val="19"/>
              </w:rPr>
              <w:t>【会社名】</w:t>
            </w:r>
          </w:p>
          <w:p>
            <w:pPr>
              <w:spacing w:after="0" w:line="312" w:lineRule="auto"/>
            </w:pPr>
            <w:r>
              <w:rPr>
                <w:rFonts w:ascii="游ゴシック" w:hAnsi="游ゴシック" w:eastAsia="游ゴシック"/>
                <w:b w:val="0"/>
                <w:sz w:val="19"/>
              </w:rPr>
              <w:t>【ご担当者名】様</w:t>
            </w:r>
          </w:p>
          <w:p>
            <w:pPr>
              <w:spacing w:after="0" w:line="144" w:lineRule="auto"/>
            </w:pPr>
          </w:p>
          <w:p>
            <w:pPr>
              <w:spacing w:after="0" w:line="312" w:lineRule="auto"/>
            </w:pPr>
            <w:r>
              <w:rPr>
                <w:rFonts w:ascii="游ゴシック" w:hAnsi="游ゴシック" w:eastAsia="游ゴシック"/>
                <w:b w:val="0"/>
                <w:sz w:val="19"/>
              </w:rPr>
              <w:t>いつもお世話になっております。【自社名】の【氏名】でございます。</w:t>
            </w:r>
          </w:p>
          <w:p>
            <w:pPr>
              <w:spacing w:after="0" w:line="144" w:lineRule="auto"/>
            </w:pPr>
          </w:p>
          <w:p>
            <w:pPr>
              <w:spacing w:after="0" w:line="312" w:lineRule="auto"/>
            </w:pPr>
            <w:r>
              <w:rPr>
                <w:rFonts w:ascii="游ゴシック" w:hAnsi="游ゴシック" w:eastAsia="游ゴシック"/>
                <w:b w:val="0"/>
                <w:sz w:val="19"/>
              </w:rPr>
              <w:t>【日付】にいただいたメールへのご返信が遅くなり、大変申し訳ございません。</w:t>
            </w:r>
          </w:p>
          <w:p>
            <w:pPr>
              <w:spacing w:after="0" w:line="144" w:lineRule="auto"/>
            </w:pPr>
          </w:p>
          <w:p>
            <w:pPr>
              <w:spacing w:after="0" w:line="312" w:lineRule="auto"/>
            </w:pPr>
            <w:r>
              <w:rPr>
                <w:rFonts w:ascii="游ゴシック" w:hAnsi="游ゴシック" w:eastAsia="游ゴシック"/>
                <w:b w:val="0"/>
                <w:sz w:val="19"/>
              </w:rPr>
              <w:t>お問い合わせいただいた【ご質問の内容】につきまして、次のとおりご回答いたします。</w:t>
            </w:r>
          </w:p>
          <w:p>
            <w:pPr>
              <w:spacing w:after="0" w:line="144" w:lineRule="auto"/>
            </w:pPr>
          </w:p>
          <w:p>
            <w:pPr>
              <w:spacing w:after="0" w:line="312" w:lineRule="auto"/>
            </w:pPr>
            <w:r>
              <w:rPr>
                <w:rFonts w:ascii="游ゴシック" w:hAnsi="游ゴシック" w:eastAsia="游ゴシック"/>
                <w:b w:val="0"/>
                <w:sz w:val="19"/>
              </w:rPr>
              <w:t>・【回答1】</w:t>
            </w:r>
          </w:p>
          <w:p>
            <w:pPr>
              <w:spacing w:after="0" w:line="312" w:lineRule="auto"/>
            </w:pPr>
            <w:r>
              <w:rPr>
                <w:rFonts w:ascii="游ゴシック" w:hAnsi="游ゴシック" w:eastAsia="游ゴシック"/>
                <w:b w:val="0"/>
                <w:sz w:val="19"/>
              </w:rPr>
              <w:t>・【回答2】</w:t>
            </w:r>
          </w:p>
          <w:p>
            <w:pPr>
              <w:spacing w:after="0" w:line="144" w:lineRule="auto"/>
            </w:pPr>
          </w:p>
          <w:p>
            <w:pPr>
              <w:spacing w:after="0" w:line="312" w:lineRule="auto"/>
            </w:pPr>
            <w:r>
              <w:rPr>
                <w:rFonts w:ascii="游ゴシック" w:hAnsi="游ゴシック" w:eastAsia="游ゴシック"/>
                <w:b w:val="0"/>
                <w:sz w:val="19"/>
              </w:rPr>
              <w:t>【一部の回答に時間がかかる場合：◯◯については現在確認中のため、【日付】までにあらためてご連絡いたします。】</w:t>
            </w:r>
          </w:p>
          <w:p>
            <w:pPr>
              <w:spacing w:after="0" w:line="144" w:lineRule="auto"/>
            </w:pPr>
          </w:p>
          <w:p>
            <w:pPr>
              <w:spacing w:after="0" w:line="312" w:lineRule="auto"/>
            </w:pPr>
            <w:r>
              <w:rPr>
                <w:rFonts w:ascii="游ゴシック" w:hAnsi="游ゴシック" w:eastAsia="游ゴシック"/>
                <w:b w:val="0"/>
                <w:sz w:val="19"/>
              </w:rPr>
              <w:t>今後はこのようなことがないよう、いただいたメールには【当日中】にご返信するよう努めてまいります。</w:t>
            </w:r>
          </w:p>
          <w:p>
            <w:pPr>
              <w:spacing w:after="0" w:line="312" w:lineRule="auto"/>
            </w:pPr>
            <w:r>
              <w:rPr>
                <w:rFonts w:ascii="游ゴシック" w:hAnsi="游ゴシック" w:eastAsia="游ゴシック"/>
                <w:b w:val="0"/>
                <w:sz w:val="19"/>
              </w:rPr>
              <w:t>引き続きどうぞよろしくお願いいたします。</w:t>
            </w:r>
          </w:p>
        </w:tc>
      </w:tr>
    </w:tbl>
    <w:p>
      <w:pPr>
        <w:spacing w:before="80" w:after="80" w:line="324" w:lineRule="auto"/>
        <w:ind w:left="227" w:hanging="227"/>
      </w:pPr>
      <w:r>
        <w:rPr>
          <w:rFonts w:ascii="游ゴシック" w:hAnsi="游ゴシック" w:eastAsia="游ゴシック"/>
          <w:b w:val="0"/>
          <w:sz w:val="18"/>
        </w:rPr>
        <w:t>ポイント：遅れた理由を長く書くと、言い訳に聞こえます。数日程度の遅れなら、お詫びは1文にして、回答をわかりやすく書く方が誠意が伝わります。</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例文5　日程の変更・直前のキャンセル（ドタキャン）</w:t>
      </w:r>
    </w:p>
    <w:p>
      <w:pPr>
        <w:keepNext/>
        <w:spacing w:before="0" w:after="80" w:line="324" w:lineRule="auto"/>
      </w:pPr>
      <w:r>
        <w:rPr>
          <w:rFonts w:ascii="游ゴシック" w:hAnsi="游ゴシック" w:eastAsia="游ゴシック"/>
          <w:b w:val="0"/>
          <w:color w:val="555E6B"/>
          <w:sz w:val="19"/>
        </w:rPr>
        <w:t>決まっていた打ち合わせや訪問の日程を、こちらの都合で直前に変えてもらうとき。新しい候補日を必ず添えます。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件名：【日付】のお打ち合わせ延期のお願いとお詫び</w:t>
            </w:r>
          </w:p>
          <w:p>
            <w:pPr>
              <w:spacing w:after="0" w:line="144" w:lineRule="auto"/>
            </w:pPr>
          </w:p>
          <w:p>
            <w:pPr>
              <w:spacing w:after="0" w:line="312" w:lineRule="auto"/>
            </w:pPr>
            <w:r>
              <w:rPr>
                <w:rFonts w:ascii="游ゴシック" w:hAnsi="游ゴシック" w:eastAsia="游ゴシック"/>
                <w:b w:val="0"/>
                <w:sz w:val="19"/>
              </w:rPr>
              <w:t>【会社名】</w:t>
            </w:r>
          </w:p>
          <w:p>
            <w:pPr>
              <w:spacing w:after="0" w:line="312" w:lineRule="auto"/>
            </w:pPr>
            <w:r>
              <w:rPr>
                <w:rFonts w:ascii="游ゴシック" w:hAnsi="游ゴシック" w:eastAsia="游ゴシック"/>
                <w:b w:val="0"/>
                <w:sz w:val="19"/>
              </w:rPr>
              <w:t>【ご担当者名】様</w:t>
            </w:r>
          </w:p>
          <w:p>
            <w:pPr>
              <w:spacing w:after="0" w:line="144" w:lineRule="auto"/>
            </w:pPr>
          </w:p>
          <w:p>
            <w:pPr>
              <w:spacing w:after="0" w:line="312" w:lineRule="auto"/>
            </w:pPr>
            <w:r>
              <w:rPr>
                <w:rFonts w:ascii="游ゴシック" w:hAnsi="游ゴシック" w:eastAsia="游ゴシック"/>
                <w:b w:val="0"/>
                <w:sz w:val="19"/>
              </w:rPr>
              <w:t>いつもお世話になっております。【自社名】の【氏名】でございます。</w:t>
            </w:r>
          </w:p>
          <w:p>
            <w:pPr>
              <w:spacing w:after="0" w:line="144" w:lineRule="auto"/>
            </w:pPr>
          </w:p>
          <w:p>
            <w:pPr>
              <w:spacing w:after="0" w:line="312" w:lineRule="auto"/>
            </w:pPr>
            <w:r>
              <w:rPr>
                <w:rFonts w:ascii="游ゴシック" w:hAnsi="游ゴシック" w:eastAsia="游ゴシック"/>
                <w:b w:val="0"/>
                <w:sz w:val="19"/>
              </w:rPr>
              <w:t>【日付】【時刻】からお約束しておりましたお打ち合わせにつきまして、【急な体調不良／社内の緊急対応】のため、伺うことができなくなりました。直前のご連絡となり、お時間を空けていただいていたにもかかわらず、誠に申し訳ございません。</w:t>
            </w:r>
          </w:p>
          <w:p>
            <w:pPr>
              <w:spacing w:after="0" w:line="144" w:lineRule="auto"/>
            </w:pPr>
          </w:p>
          <w:p>
            <w:pPr>
              <w:spacing w:after="0" w:line="312" w:lineRule="auto"/>
            </w:pPr>
            <w:r>
              <w:rPr>
                <w:rFonts w:ascii="游ゴシック" w:hAnsi="游ゴシック" w:eastAsia="游ゴシック"/>
                <w:b w:val="0"/>
                <w:sz w:val="19"/>
              </w:rPr>
              <w:t>大変恐縮ですが、次の日程のいずれかで、あらためてお時間をいただけますでしょうか。</w:t>
            </w:r>
          </w:p>
          <w:p>
            <w:pPr>
              <w:spacing w:after="0" w:line="144" w:lineRule="auto"/>
            </w:pPr>
          </w:p>
          <w:p>
            <w:pPr>
              <w:spacing w:after="0" w:line="312" w:lineRule="auto"/>
            </w:pPr>
            <w:r>
              <w:rPr>
                <w:rFonts w:ascii="游ゴシック" w:hAnsi="游ゴシック" w:eastAsia="游ゴシック"/>
                <w:b w:val="0"/>
                <w:sz w:val="19"/>
              </w:rPr>
              <w:t>・【候補日1】【時刻】</w:t>
            </w:r>
          </w:p>
          <w:p>
            <w:pPr>
              <w:spacing w:after="0" w:line="312" w:lineRule="auto"/>
            </w:pPr>
            <w:r>
              <w:rPr>
                <w:rFonts w:ascii="游ゴシック" w:hAnsi="游ゴシック" w:eastAsia="游ゴシック"/>
                <w:b w:val="0"/>
                <w:sz w:val="19"/>
              </w:rPr>
              <w:t>・【候補日2】【時刻】</w:t>
            </w:r>
          </w:p>
          <w:p>
            <w:pPr>
              <w:spacing w:after="0" w:line="312" w:lineRule="auto"/>
            </w:pPr>
            <w:r>
              <w:rPr>
                <w:rFonts w:ascii="游ゴシック" w:hAnsi="游ゴシック" w:eastAsia="游ゴシック"/>
                <w:b w:val="0"/>
                <w:sz w:val="19"/>
              </w:rPr>
              <w:t>・【候補日3】【時刻】</w:t>
            </w:r>
          </w:p>
          <w:p>
            <w:pPr>
              <w:spacing w:after="0" w:line="144" w:lineRule="auto"/>
            </w:pPr>
          </w:p>
          <w:p>
            <w:pPr>
              <w:spacing w:after="0" w:line="312" w:lineRule="auto"/>
            </w:pPr>
            <w:r>
              <w:rPr>
                <w:rFonts w:ascii="游ゴシック" w:hAnsi="游ゴシック" w:eastAsia="游ゴシック"/>
                <w:b w:val="0"/>
                <w:sz w:val="19"/>
              </w:rPr>
              <w:t>ご都合が合わない場合は、ご都合のよい日時をお知らせいただければ、合わせて調整いたします。また、【当日お渡しする予定だった資料】は、先に本メールに添付してお送りいたします。</w:t>
            </w:r>
          </w:p>
          <w:p>
            <w:pPr>
              <w:spacing w:after="0" w:line="144" w:lineRule="auto"/>
            </w:pPr>
          </w:p>
          <w:p>
            <w:pPr>
              <w:spacing w:after="0" w:line="312" w:lineRule="auto"/>
            </w:pPr>
            <w:r>
              <w:rPr>
                <w:rFonts w:ascii="游ゴシック" w:hAnsi="游ゴシック" w:eastAsia="游ゴシック"/>
                <w:b w:val="0"/>
                <w:sz w:val="19"/>
              </w:rPr>
              <w:t>このたびはご迷惑をおかけし、誠に申し訳ございません。</w:t>
            </w:r>
          </w:p>
        </w:tc>
      </w:tr>
    </w:tbl>
    <w:p>
      <w:pPr>
        <w:spacing w:before="80" w:after="80" w:line="324" w:lineRule="auto"/>
        <w:ind w:left="227" w:hanging="227"/>
      </w:pPr>
      <w:r>
        <w:rPr>
          <w:rFonts w:ascii="游ゴシック" w:hAnsi="游ゴシック" w:eastAsia="游ゴシック"/>
          <w:b w:val="0"/>
          <w:sz w:val="18"/>
        </w:rPr>
        <w:t>ポイント：当日や前日のキャンセルは、メールより先に電話で一言お詫びするのが丁寧です。メールでは、候補日を3つほど出して、相手が選ぶだけで済むようにします。</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例文6　担当者の対応への苦情</w:t>
      </w:r>
    </w:p>
    <w:p>
      <w:pPr>
        <w:keepNext/>
        <w:spacing w:before="0" w:after="80" w:line="324" w:lineRule="auto"/>
      </w:pPr>
      <w:r>
        <w:rPr>
          <w:rFonts w:ascii="游ゴシック" w:hAnsi="游ゴシック" w:eastAsia="游ゴシック"/>
          <w:b w:val="0"/>
          <w:color w:val="555E6B"/>
          <w:sz w:val="19"/>
        </w:rPr>
        <w:t>社員の言葉づかいや説明の仕方について、お客様から苦情をいただいたとき。担当者本人ではなく、上司・責任者の名前で送るのが一般的です。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件名：当社担当者の対応についてのお詫び</w:t>
            </w:r>
          </w:p>
          <w:p>
            <w:pPr>
              <w:spacing w:after="0" w:line="144" w:lineRule="auto"/>
            </w:pPr>
          </w:p>
          <w:p>
            <w:pPr>
              <w:spacing w:after="0" w:line="312" w:lineRule="auto"/>
            </w:pPr>
            <w:r>
              <w:rPr>
                <w:rFonts w:ascii="游ゴシック" w:hAnsi="游ゴシック" w:eastAsia="游ゴシック"/>
                <w:b w:val="0"/>
                <w:sz w:val="19"/>
              </w:rPr>
              <w:t>【お客様名】様</w:t>
            </w:r>
          </w:p>
          <w:p>
            <w:pPr>
              <w:spacing w:after="0" w:line="144" w:lineRule="auto"/>
            </w:pPr>
          </w:p>
          <w:p>
            <w:pPr>
              <w:spacing w:after="0" w:line="312" w:lineRule="auto"/>
            </w:pPr>
            <w:r>
              <w:rPr>
                <w:rFonts w:ascii="游ゴシック" w:hAnsi="游ゴシック" w:eastAsia="游ゴシック"/>
                <w:b w:val="0"/>
                <w:sz w:val="19"/>
              </w:rPr>
              <w:t>【自社名】【部署名】の責任者をしております【氏名】と申します。</w:t>
            </w:r>
          </w:p>
          <w:p>
            <w:pPr>
              <w:spacing w:after="0" w:line="144" w:lineRule="auto"/>
            </w:pPr>
          </w:p>
          <w:p>
            <w:pPr>
              <w:spacing w:after="0" w:line="312" w:lineRule="auto"/>
            </w:pPr>
            <w:r>
              <w:rPr>
                <w:rFonts w:ascii="游ゴシック" w:hAnsi="游ゴシック" w:eastAsia="游ゴシック"/>
                <w:b w:val="0"/>
                <w:sz w:val="19"/>
              </w:rPr>
              <w:t>【日付】に当社の【担当者名】がご対応した際、【説明が不十分だった／言葉づかいが失礼だった】とのご指摘をいただきました。ご不快な思いをおかけしましたことを、心よりお詫び申し上げます。</w:t>
            </w:r>
          </w:p>
          <w:p>
            <w:pPr>
              <w:spacing w:after="0" w:line="144" w:lineRule="auto"/>
            </w:pPr>
          </w:p>
          <w:p>
            <w:pPr>
              <w:spacing w:after="0" w:line="312" w:lineRule="auto"/>
            </w:pPr>
            <w:r>
              <w:rPr>
                <w:rFonts w:ascii="游ゴシック" w:hAnsi="游ゴシック" w:eastAsia="游ゴシック"/>
                <w:b w:val="0"/>
                <w:sz w:val="19"/>
              </w:rPr>
              <w:t>本人から事情を確認しましたところ、ご指摘のとおり【お客様のお話を最後まで伺わずに説明を進めてしまった】ことがわかりました。社員への指導が行き届いていなかった、私ども会社の責任でございます。</w:t>
            </w:r>
          </w:p>
          <w:p>
            <w:pPr>
              <w:spacing w:after="0" w:line="144" w:lineRule="auto"/>
            </w:pPr>
          </w:p>
          <w:p>
            <w:pPr>
              <w:spacing w:after="0" w:line="312" w:lineRule="auto"/>
            </w:pPr>
            <w:r>
              <w:rPr>
                <w:rFonts w:ascii="游ゴシック" w:hAnsi="游ゴシック" w:eastAsia="游ゴシック"/>
                <w:b w:val="0"/>
                <w:sz w:val="19"/>
              </w:rPr>
              <w:t>今後は、本人への指導に加えて、【部署全体で、お客様のご用件を最後まで伺ってから説明する手順】をあらためて確認いたします。なお、【ご依頼いただいている件】は、本日から私【氏名】が担当し、【日付】までにご連絡いたします。</w:t>
            </w:r>
          </w:p>
          <w:p>
            <w:pPr>
              <w:spacing w:after="0" w:line="144" w:lineRule="auto"/>
            </w:pPr>
          </w:p>
          <w:p>
            <w:pPr>
              <w:spacing w:after="0" w:line="312" w:lineRule="auto"/>
            </w:pPr>
            <w:r>
              <w:rPr>
                <w:rFonts w:ascii="游ゴシック" w:hAnsi="游ゴシック" w:eastAsia="游ゴシック"/>
                <w:b w:val="0"/>
                <w:sz w:val="19"/>
              </w:rPr>
              <w:t>貴重なご意見をいただき、ありがとうございました。</w:t>
            </w:r>
          </w:p>
          <w:p>
            <w:pPr>
              <w:spacing w:after="0" w:line="312" w:lineRule="auto"/>
            </w:pPr>
            <w:r>
              <w:rPr>
                <w:rFonts w:ascii="游ゴシック" w:hAnsi="游ゴシック" w:eastAsia="游ゴシック"/>
                <w:b w:val="0"/>
                <w:sz w:val="19"/>
              </w:rPr>
              <w:t>このたびは誠に申し訳ございませんでした。</w:t>
            </w:r>
          </w:p>
        </w:tc>
      </w:tr>
    </w:tbl>
    <w:p>
      <w:pPr>
        <w:spacing w:before="80" w:after="80" w:line="324" w:lineRule="auto"/>
        <w:ind w:left="227" w:hanging="227"/>
      </w:pPr>
      <w:r>
        <w:rPr>
          <w:rFonts w:ascii="游ゴシック" w:hAnsi="游ゴシック" w:eastAsia="游ゴシック"/>
          <w:b w:val="0"/>
          <w:sz w:val="18"/>
        </w:rPr>
        <w:t>ポイント：「本人に悪気はなかった」など、社員をかばう言い方は避けます。確認した事実と、会社として何を変えるかを書き、その後の窓口をはっきりさせます。</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例文7　システム障害・サービスの停止</w:t>
      </w:r>
    </w:p>
    <w:p>
      <w:pPr>
        <w:keepNext/>
        <w:spacing w:before="0" w:after="80" w:line="324" w:lineRule="auto"/>
      </w:pPr>
      <w:r>
        <w:rPr>
          <w:rFonts w:ascii="游ゴシック" w:hAnsi="游ゴシック" w:eastAsia="游ゴシック"/>
          <w:b w:val="0"/>
          <w:color w:val="555E6B"/>
          <w:sz w:val="19"/>
        </w:rPr>
        <w:t>自社のシステムやサービスが止まり、多くのお客様に影響が出たとき。わかっていることと、まだ確認中のことを分けて書きます。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件名：【サービス名】の障害（【日付】【時刻】〜【時刻】）についてのお詫びとご報告</w:t>
            </w:r>
          </w:p>
          <w:p>
            <w:pPr>
              <w:spacing w:after="0" w:line="144" w:lineRule="auto"/>
            </w:pPr>
          </w:p>
          <w:p>
            <w:pPr>
              <w:spacing w:after="0" w:line="312" w:lineRule="auto"/>
            </w:pPr>
            <w:r>
              <w:rPr>
                <w:rFonts w:ascii="游ゴシック" w:hAnsi="游ゴシック" w:eastAsia="游ゴシック"/>
                <w:b w:val="0"/>
                <w:sz w:val="19"/>
              </w:rPr>
              <w:t>【サービス名】をご利用のお客様各位</w:t>
            </w:r>
          </w:p>
          <w:p>
            <w:pPr>
              <w:spacing w:after="0" w:line="144" w:lineRule="auto"/>
            </w:pPr>
          </w:p>
          <w:p>
            <w:pPr>
              <w:spacing w:after="0" w:line="312" w:lineRule="auto"/>
            </w:pPr>
            <w:r>
              <w:rPr>
                <w:rFonts w:ascii="游ゴシック" w:hAnsi="游ゴシック" w:eastAsia="游ゴシック"/>
                <w:b w:val="0"/>
                <w:sz w:val="19"/>
              </w:rPr>
              <w:t>いつも【サービス名】をご利用いただき、誠にありがとうございます。</w:t>
            </w:r>
          </w:p>
          <w:p>
            <w:pPr>
              <w:spacing w:after="0" w:line="144" w:lineRule="auto"/>
            </w:pPr>
          </w:p>
          <w:p>
            <w:pPr>
              <w:spacing w:after="0" w:line="312" w:lineRule="auto"/>
            </w:pPr>
            <w:r>
              <w:rPr>
                <w:rFonts w:ascii="游ゴシック" w:hAnsi="游ゴシック" w:eastAsia="游ゴシック"/>
                <w:b w:val="0"/>
                <w:sz w:val="19"/>
              </w:rPr>
              <w:t>【日付】【時刻】から【時刻】まで、【サービス名】で【ログインできない／画面が表示されない】状態が発生しておりました。ご利用中のお客様に多大なご迷惑をおかけしましたことを、深くお詫び申し上げます。</w:t>
            </w:r>
          </w:p>
          <w:p>
            <w:pPr>
              <w:spacing w:after="0" w:line="144" w:lineRule="auto"/>
            </w:pPr>
          </w:p>
          <w:p>
            <w:pPr>
              <w:spacing w:after="0" w:line="312" w:lineRule="auto"/>
            </w:pPr>
            <w:r>
              <w:rPr>
                <w:rFonts w:ascii="游ゴシック" w:hAnsi="游ゴシック" w:eastAsia="游ゴシック"/>
                <w:b w:val="0"/>
                <w:sz w:val="19"/>
              </w:rPr>
              <w:t>現時点で確認できている内容は、次のとおりです。</w:t>
            </w:r>
          </w:p>
          <w:p>
            <w:pPr>
              <w:spacing w:after="0" w:line="144" w:lineRule="auto"/>
            </w:pPr>
          </w:p>
          <w:p>
            <w:pPr>
              <w:spacing w:after="0" w:line="312" w:lineRule="auto"/>
            </w:pPr>
            <w:r>
              <w:rPr>
                <w:rFonts w:ascii="游ゴシック" w:hAnsi="游ゴシック" w:eastAsia="游ゴシック"/>
                <w:b w:val="0"/>
                <w:sz w:val="19"/>
              </w:rPr>
              <w:t>■発生していた期間：【日付】【時刻】〜【時刻】</w:t>
            </w:r>
          </w:p>
          <w:p>
            <w:pPr>
              <w:spacing w:after="0" w:line="312" w:lineRule="auto"/>
            </w:pPr>
            <w:r>
              <w:rPr>
                <w:rFonts w:ascii="游ゴシック" w:hAnsi="游ゴシック" w:eastAsia="游ゴシック"/>
                <w:b w:val="0"/>
                <w:sz w:val="19"/>
              </w:rPr>
              <w:t>■影響の範囲：【すべてのお客様／一部の機能（◯◯機能）】</w:t>
            </w:r>
          </w:p>
          <w:p>
            <w:pPr>
              <w:spacing w:after="0" w:line="312" w:lineRule="auto"/>
            </w:pPr>
            <w:r>
              <w:rPr>
                <w:rFonts w:ascii="游ゴシック" w:hAnsi="游ゴシック" w:eastAsia="游ゴシック"/>
                <w:b w:val="0"/>
                <w:sz w:val="19"/>
              </w:rPr>
              <w:t>■原因：【サーバーの設定変更の誤り】（くわしい原因は引き続き調査中です）</w:t>
            </w:r>
          </w:p>
          <w:p>
            <w:pPr>
              <w:spacing w:after="0" w:line="312" w:lineRule="auto"/>
            </w:pPr>
            <w:r>
              <w:rPr>
                <w:rFonts w:ascii="游ゴシック" w:hAnsi="游ゴシック" w:eastAsia="游ゴシック"/>
                <w:b w:val="0"/>
                <w:sz w:val="19"/>
              </w:rPr>
              <w:t>■現在の状況：【時刻】に復旧し、現在は通常どおりご利用いただけます</w:t>
            </w:r>
          </w:p>
          <w:p>
            <w:pPr>
              <w:spacing w:after="0" w:line="312" w:lineRule="auto"/>
            </w:pPr>
            <w:r>
              <w:rPr>
                <w:rFonts w:ascii="游ゴシック" w:hAnsi="游ゴシック" w:eastAsia="游ゴシック"/>
                <w:b w:val="0"/>
                <w:sz w:val="19"/>
              </w:rPr>
              <w:t>■お客様へのお願い：【障害中に行った操作が反映されていない場合は、お手数ですが再度操作してください】</w:t>
            </w:r>
          </w:p>
          <w:p>
            <w:pPr>
              <w:spacing w:after="0" w:line="144" w:lineRule="auto"/>
            </w:pPr>
          </w:p>
          <w:p>
            <w:pPr>
              <w:spacing w:after="0" w:line="312" w:lineRule="auto"/>
            </w:pPr>
            <w:r>
              <w:rPr>
                <w:rFonts w:ascii="游ゴシック" w:hAnsi="游ゴシック" w:eastAsia="游ゴシック"/>
                <w:b w:val="0"/>
                <w:sz w:val="19"/>
              </w:rPr>
              <w:t>今後は【設定を変更する前の確認手順を見直す】など、再発の防止に努めてまいります。調査の結果がまとまりましたら、あらためてご報告いたします。</w:t>
            </w:r>
          </w:p>
          <w:p>
            <w:pPr>
              <w:spacing w:after="0" w:line="144" w:lineRule="auto"/>
            </w:pPr>
          </w:p>
          <w:p>
            <w:pPr>
              <w:spacing w:after="0" w:line="312" w:lineRule="auto"/>
            </w:pPr>
            <w:r>
              <w:rPr>
                <w:rFonts w:ascii="游ゴシック" w:hAnsi="游ゴシック" w:eastAsia="游ゴシック"/>
                <w:b w:val="0"/>
                <w:sz w:val="19"/>
              </w:rPr>
              <w:t>このたびは誠に申し訳ございませんでした。</w:t>
            </w:r>
          </w:p>
        </w:tc>
      </w:tr>
    </w:tbl>
    <w:p>
      <w:pPr>
        <w:spacing w:before="80" w:after="80" w:line="324" w:lineRule="auto"/>
        <w:ind w:left="227" w:hanging="227"/>
      </w:pPr>
      <w:r>
        <w:rPr>
          <w:rFonts w:ascii="游ゴシック" w:hAnsi="游ゴシック" w:eastAsia="游ゴシック"/>
          <w:b w:val="0"/>
          <w:sz w:val="18"/>
        </w:rPr>
        <w:t>ポイント：障害のお知らせは、まず「起きたこと・影響・今の状況」を早く出すことが大切です。原因が確定していなくても「調査中」と書いて先に送り、あとで続報を出します。</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例文8　情報の誤送信（メールの宛先間違い）</w:t>
      </w:r>
    </w:p>
    <w:p>
      <w:pPr>
        <w:keepNext/>
        <w:spacing w:before="0" w:after="80" w:line="324" w:lineRule="auto"/>
      </w:pPr>
      <w:r>
        <w:rPr>
          <w:rFonts w:ascii="游ゴシック" w:hAnsi="游ゴシック" w:eastAsia="游ゴシック"/>
          <w:b w:val="0"/>
          <w:color w:val="555E6B"/>
          <w:sz w:val="19"/>
        </w:rPr>
        <w:t>メールを本来の相手とは違う人に送ってしまったとき。誤って届いた相手に、削除をお願いするメールの例です。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件名：【重要】誤ってお送りしたメールの削除のお願い</w:t>
            </w:r>
          </w:p>
          <w:p>
            <w:pPr>
              <w:spacing w:after="0" w:line="144" w:lineRule="auto"/>
            </w:pPr>
          </w:p>
          <w:p>
            <w:pPr>
              <w:spacing w:after="0" w:line="312" w:lineRule="auto"/>
            </w:pPr>
            <w:r>
              <w:rPr>
                <w:rFonts w:ascii="游ゴシック" w:hAnsi="游ゴシック" w:eastAsia="游ゴシック"/>
                <w:b w:val="0"/>
                <w:sz w:val="19"/>
              </w:rPr>
              <w:t>【会社名】</w:t>
            </w:r>
          </w:p>
          <w:p>
            <w:pPr>
              <w:spacing w:after="0" w:line="312" w:lineRule="auto"/>
            </w:pPr>
            <w:r>
              <w:rPr>
                <w:rFonts w:ascii="游ゴシック" w:hAnsi="游ゴシック" w:eastAsia="游ゴシック"/>
                <w:b w:val="0"/>
                <w:sz w:val="19"/>
              </w:rPr>
              <w:t>【ご担当者名】様</w:t>
            </w:r>
          </w:p>
          <w:p>
            <w:pPr>
              <w:spacing w:after="0" w:line="144" w:lineRule="auto"/>
            </w:pPr>
          </w:p>
          <w:p>
            <w:pPr>
              <w:spacing w:after="0" w:line="312" w:lineRule="auto"/>
            </w:pPr>
            <w:r>
              <w:rPr>
                <w:rFonts w:ascii="游ゴシック" w:hAnsi="游ゴシック" w:eastAsia="游ゴシック"/>
                <w:b w:val="0"/>
                <w:sz w:val="19"/>
              </w:rPr>
              <w:t>突然のご連絡失礼いたします。【自社名】の【氏名】でございます。</w:t>
            </w:r>
          </w:p>
          <w:p>
            <w:pPr>
              <w:spacing w:after="0" w:line="144" w:lineRule="auto"/>
            </w:pPr>
          </w:p>
          <w:p>
            <w:pPr>
              <w:spacing w:after="0" w:line="312" w:lineRule="auto"/>
            </w:pPr>
            <w:r>
              <w:rPr>
                <w:rFonts w:ascii="游ゴシック" w:hAnsi="游ゴシック" w:eastAsia="游ゴシック"/>
                <w:b w:val="0"/>
                <w:sz w:val="19"/>
              </w:rPr>
              <w:t>【日付】【時刻】ごろ、私から「【誤送信したメールの件名】」という件名のメールをお送りいたしましたが、これは本来ほかの方にお送りすべきもので、【宛先の選び間違い】により誤ってお送りしてしまいました。ご迷惑をおかけし、誠に申し訳ございません。</w:t>
            </w:r>
          </w:p>
          <w:p>
            <w:pPr>
              <w:spacing w:after="0" w:line="144" w:lineRule="auto"/>
            </w:pPr>
          </w:p>
          <w:p>
            <w:pPr>
              <w:spacing w:after="0" w:line="312" w:lineRule="auto"/>
            </w:pPr>
            <w:r>
              <w:rPr>
                <w:rFonts w:ascii="游ゴシック" w:hAnsi="游ゴシック" w:eastAsia="游ゴシック"/>
                <w:b w:val="0"/>
                <w:sz w:val="19"/>
              </w:rPr>
              <w:t>大変お手数ですが、該当のメール（添付ファイルを含む）を削除していただけますでしょうか。削除していただけましたら、本メールにご一報いただけますと幸いです。</w:t>
            </w:r>
          </w:p>
          <w:p>
            <w:pPr>
              <w:spacing w:after="0" w:line="144" w:lineRule="auto"/>
            </w:pPr>
          </w:p>
          <w:p>
            <w:pPr>
              <w:spacing w:after="0" w:line="312" w:lineRule="auto"/>
            </w:pPr>
            <w:r>
              <w:rPr>
                <w:rFonts w:ascii="游ゴシック" w:hAnsi="游ゴシック" w:eastAsia="游ゴシック"/>
                <w:b w:val="0"/>
                <w:sz w:val="19"/>
              </w:rPr>
              <w:t>今後は【社外へのメールは送る前に宛先を2回確認する／送信を数分間保留する設定にする】など、再発の防止に努めてまいります。</w:t>
            </w:r>
          </w:p>
          <w:p>
            <w:pPr>
              <w:spacing w:after="0" w:line="144" w:lineRule="auto"/>
            </w:pPr>
          </w:p>
          <w:p>
            <w:pPr>
              <w:spacing w:after="0" w:line="312" w:lineRule="auto"/>
            </w:pPr>
            <w:r>
              <w:rPr>
                <w:rFonts w:ascii="游ゴシック" w:hAnsi="游ゴシック" w:eastAsia="游ゴシック"/>
                <w:b w:val="0"/>
                <w:sz w:val="19"/>
              </w:rPr>
              <w:t>このたびは誠に申し訳ございませんでした。</w:t>
            </w:r>
          </w:p>
        </w:tc>
      </w:tr>
    </w:tbl>
    <w:p>
      <w:pPr>
        <w:spacing w:before="80" w:after="80" w:line="324" w:lineRule="auto"/>
        <w:ind w:left="227" w:hanging="227"/>
      </w:pPr>
      <w:r>
        <w:rPr>
          <w:rFonts w:ascii="游ゴシック" w:hAnsi="游ゴシック" w:eastAsia="游ゴシック"/>
          <w:b w:val="0"/>
          <w:sz w:val="18"/>
        </w:rPr>
        <w:t>ポイント：誤って送った情報に個人情報やほかの取引先の情報が含まれていた場合は、その情報の持ち主（本人や取引先）へのお詫びと報告も必要です。個人情報の場合は、法令にもとづく報告などが必要になることもあるため、社内の責任者に報告し、必要に応じて専門家や公的機関（個人情報保護委員会など）の情報を確認してください。</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例文9　社内向け（上司・他部署へのお詫び）</w:t>
      </w:r>
    </w:p>
    <w:p>
      <w:pPr>
        <w:keepNext/>
        <w:spacing w:before="0" w:after="80" w:line="324" w:lineRule="auto"/>
      </w:pPr>
      <w:r>
        <w:rPr>
          <w:rFonts w:ascii="游ゴシック" w:hAnsi="游ゴシック" w:eastAsia="游ゴシック"/>
          <w:b w:val="0"/>
          <w:color w:val="555E6B"/>
          <w:sz w:val="19"/>
        </w:rPr>
        <w:t>社内の書類の提出が遅れた、他部署に迷惑をかけたときなど。社外向けより簡潔に、事実と今後の対応を中心に書きます。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件名：【資料名】の提出遅れについてのお詫び</w:t>
            </w:r>
          </w:p>
          <w:p>
            <w:pPr>
              <w:spacing w:after="0" w:line="144" w:lineRule="auto"/>
            </w:pPr>
          </w:p>
          <w:p>
            <w:pPr>
              <w:spacing w:after="0" w:line="312" w:lineRule="auto"/>
            </w:pPr>
            <w:r>
              <w:rPr>
                <w:rFonts w:ascii="游ゴシック" w:hAnsi="游ゴシック" w:eastAsia="游ゴシック"/>
                <w:b w:val="0"/>
                <w:sz w:val="19"/>
              </w:rPr>
              <w:t>【上司の氏名】部長</w:t>
            </w:r>
          </w:p>
          <w:p>
            <w:pPr>
              <w:spacing w:after="0" w:line="312" w:lineRule="auto"/>
            </w:pPr>
            <w:r>
              <w:rPr>
                <w:rFonts w:ascii="游ゴシック" w:hAnsi="游ゴシック" w:eastAsia="游ゴシック"/>
                <w:b w:val="0"/>
                <w:sz w:val="19"/>
              </w:rPr>
              <w:t>（CC：【関係する部署・同僚】）</w:t>
            </w:r>
          </w:p>
          <w:p>
            <w:pPr>
              <w:spacing w:after="0" w:line="144" w:lineRule="auto"/>
            </w:pPr>
          </w:p>
          <w:p>
            <w:pPr>
              <w:spacing w:after="0" w:line="312" w:lineRule="auto"/>
            </w:pPr>
            <w:r>
              <w:rPr>
                <w:rFonts w:ascii="游ゴシック" w:hAnsi="游ゴシック" w:eastAsia="游ゴシック"/>
                <w:b w:val="0"/>
                <w:sz w:val="19"/>
              </w:rPr>
              <w:t>お疲れさまです。【部署名】の【氏名】です。</w:t>
            </w:r>
          </w:p>
          <w:p>
            <w:pPr>
              <w:spacing w:after="0" w:line="144" w:lineRule="auto"/>
            </w:pPr>
          </w:p>
          <w:p>
            <w:pPr>
              <w:spacing w:after="0" w:line="312" w:lineRule="auto"/>
            </w:pPr>
            <w:r>
              <w:rPr>
                <w:rFonts w:ascii="游ゴシック" w:hAnsi="游ゴシック" w:eastAsia="游ゴシック"/>
                <w:b w:val="0"/>
                <w:sz w:val="19"/>
              </w:rPr>
              <w:t>【日付】までにお渡しする予定だった【資料名】の提出が遅れ、ご迷惑をおかけして申し訳ありません。</w:t>
            </w:r>
          </w:p>
          <w:p>
            <w:pPr>
              <w:spacing w:after="0" w:line="144" w:lineRule="auto"/>
            </w:pPr>
          </w:p>
          <w:p>
            <w:pPr>
              <w:spacing w:after="0" w:line="312" w:lineRule="auto"/>
            </w:pPr>
            <w:r>
              <w:rPr>
                <w:rFonts w:ascii="游ゴシック" w:hAnsi="游ゴシック" w:eastAsia="游ゴシック"/>
                <w:b w:val="0"/>
                <w:sz w:val="19"/>
              </w:rPr>
              <w:t>原因は、【必要なデータの確認に想定より時間がかかった】ことと、遅れそうだとわかった時点ですぐにご相談しなかった私の判断にあります。</w:t>
            </w:r>
          </w:p>
          <w:p>
            <w:pPr>
              <w:spacing w:after="0" w:line="144" w:lineRule="auto"/>
            </w:pPr>
          </w:p>
          <w:p>
            <w:pPr>
              <w:spacing w:after="0" w:line="312" w:lineRule="auto"/>
            </w:pPr>
            <w:r>
              <w:rPr>
                <w:rFonts w:ascii="游ゴシック" w:hAnsi="游ゴシック" w:eastAsia="游ゴシック"/>
                <w:b w:val="0"/>
                <w:sz w:val="19"/>
              </w:rPr>
              <w:t>現在【8割ほど】できあがっており、【新しい提出日時】までにお渡しします。【会議名】に間に合わせるため、要点だけをまとめたものを本日中にお送りします。</w:t>
            </w:r>
          </w:p>
          <w:p>
            <w:pPr>
              <w:spacing w:after="0" w:line="144" w:lineRule="auto"/>
            </w:pPr>
          </w:p>
          <w:p>
            <w:pPr>
              <w:spacing w:after="0" w:line="312" w:lineRule="auto"/>
            </w:pPr>
            <w:r>
              <w:rPr>
                <w:rFonts w:ascii="游ゴシック" w:hAnsi="游ゴシック" w:eastAsia="游ゴシック"/>
                <w:b w:val="0"/>
                <w:sz w:val="19"/>
              </w:rPr>
              <w:t>今後は、期限に間に合わない可能性がわかった時点で、すぐにご相談するようにします。</w:t>
            </w:r>
          </w:p>
          <w:p>
            <w:pPr>
              <w:spacing w:after="0" w:line="144" w:lineRule="auto"/>
            </w:pPr>
          </w:p>
          <w:p>
            <w:pPr>
              <w:spacing w:after="0" w:line="312" w:lineRule="auto"/>
            </w:pPr>
            <w:r>
              <w:rPr>
                <w:rFonts w:ascii="游ゴシック" w:hAnsi="游ゴシック" w:eastAsia="游ゴシック"/>
                <w:b w:val="0"/>
                <w:sz w:val="19"/>
              </w:rPr>
              <w:t>ご迷惑をおかけし、申し訳ありませんでした。</w:t>
            </w:r>
          </w:p>
        </w:tc>
      </w:tr>
    </w:tbl>
    <w:p>
      <w:pPr>
        <w:spacing w:before="80" w:after="80" w:line="324" w:lineRule="auto"/>
        <w:ind w:left="227" w:hanging="227"/>
      </w:pPr>
      <w:r>
        <w:rPr>
          <w:rFonts w:ascii="游ゴシック" w:hAnsi="游ゴシック" w:eastAsia="游ゴシック"/>
          <w:b w:val="0"/>
          <w:sz w:val="18"/>
        </w:rPr>
        <w:t>ポイント：社内向けでは「申し訳ありません」でも失礼にはなりません。大切なのは、相手が次に何をすればよいか（待てばよいのか、先に使える資料があるのか）がわかることです。</w:t>
      </w:r>
    </w:p>
    <w:p>
      <w:pPr>
        <w:pageBreakBefore/>
        <w:spacing w:before="0" w:after="40" w:line="324" w:lineRule="auto"/>
      </w:pPr>
      <w:r>
        <w:rPr>
          <w:rFonts w:ascii="游ゴシック" w:hAnsi="游ゴシック" w:eastAsia="游ゴシック"/>
          <w:b w:val="0"/>
          <w:color w:val="555E6B"/>
          <w:sz w:val="18"/>
        </w:rPr>
        <w:t>場面別のお詫びメール例文</w:t>
      </w:r>
    </w:p>
    <w:p>
      <w:pPr>
        <w:keepNext/>
        <w:spacing w:before="0" w:after="40" w:line="324" w:lineRule="auto"/>
      </w:pPr>
      <w:r>
        <w:rPr>
          <w:rFonts w:ascii="游ゴシック" w:hAnsi="游ゴシック" w:eastAsia="游ゴシック"/>
          <w:b/>
          <w:sz w:val="26"/>
        </w:rPr>
        <w:t>例文10　見積もり・回答の遅れ</w:t>
      </w:r>
    </w:p>
    <w:p>
      <w:pPr>
        <w:keepNext/>
        <w:spacing w:before="0" w:after="80" w:line="324" w:lineRule="auto"/>
      </w:pPr>
      <w:r>
        <w:rPr>
          <w:rFonts w:ascii="游ゴシック" w:hAnsi="游ゴシック" w:eastAsia="游ゴシック"/>
          <w:b w:val="0"/>
          <w:color w:val="555E6B"/>
          <w:sz w:val="19"/>
        </w:rPr>
        <w:t>約束した日までに見積もりや回答を出せないとき。期限の前に、自分から連絡するのが基本です。</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7F9FC"/>
          </w:tcPr>
          <w:p>
            <w:pPr>
              <w:spacing w:after="0" w:line="312" w:lineRule="auto"/>
            </w:pPr>
            <w:r/>
            <w:r>
              <w:rPr>
                <w:rFonts w:ascii="游ゴシック" w:hAnsi="游ゴシック" w:eastAsia="游ゴシック"/>
                <w:b/>
                <w:sz w:val="19"/>
              </w:rPr>
              <w:t>件名：お見積もり提出の遅れについてのお詫びと提出日のご連絡</w:t>
            </w:r>
          </w:p>
          <w:p>
            <w:pPr>
              <w:spacing w:after="0" w:line="144" w:lineRule="auto"/>
            </w:pPr>
          </w:p>
          <w:p>
            <w:pPr>
              <w:spacing w:after="0" w:line="312" w:lineRule="auto"/>
            </w:pPr>
            <w:r>
              <w:rPr>
                <w:rFonts w:ascii="游ゴシック" w:hAnsi="游ゴシック" w:eastAsia="游ゴシック"/>
                <w:b w:val="0"/>
                <w:sz w:val="19"/>
              </w:rPr>
              <w:t>【会社名】</w:t>
            </w:r>
          </w:p>
          <w:p>
            <w:pPr>
              <w:spacing w:after="0" w:line="312" w:lineRule="auto"/>
            </w:pPr>
            <w:r>
              <w:rPr>
                <w:rFonts w:ascii="游ゴシック" w:hAnsi="游ゴシック" w:eastAsia="游ゴシック"/>
                <w:b w:val="0"/>
                <w:sz w:val="19"/>
              </w:rPr>
              <w:t>【部署名】【ご担当者名】様</w:t>
            </w:r>
          </w:p>
          <w:p>
            <w:pPr>
              <w:spacing w:after="0" w:line="144" w:lineRule="auto"/>
            </w:pPr>
          </w:p>
          <w:p>
            <w:pPr>
              <w:spacing w:after="0" w:line="312" w:lineRule="auto"/>
            </w:pPr>
            <w:r>
              <w:rPr>
                <w:rFonts w:ascii="游ゴシック" w:hAnsi="游ゴシック" w:eastAsia="游ゴシック"/>
                <w:b w:val="0"/>
                <w:sz w:val="19"/>
              </w:rPr>
              <w:t>いつもお世話になっております。【自社名】の【氏名】でございます。</w:t>
            </w:r>
          </w:p>
          <w:p>
            <w:pPr>
              <w:spacing w:after="0" w:line="144" w:lineRule="auto"/>
            </w:pPr>
          </w:p>
          <w:p>
            <w:pPr>
              <w:spacing w:after="0" w:line="312" w:lineRule="auto"/>
            </w:pPr>
            <w:r>
              <w:rPr>
                <w:rFonts w:ascii="游ゴシック" w:hAnsi="游ゴシック" w:eastAsia="游ゴシック"/>
                <w:b w:val="0"/>
                <w:sz w:val="19"/>
              </w:rPr>
              <w:t>【日付】にご依頼いただいた【案件名】のお見積もりにつきまして、【当初お伝えした日】にお送りするとお伝えしておりましたが、まだお届けできておりません。お待たせしてしまい、誠に申し訳ございません。</w:t>
            </w:r>
          </w:p>
          <w:p>
            <w:pPr>
              <w:spacing w:after="0" w:line="144" w:lineRule="auto"/>
            </w:pPr>
          </w:p>
          <w:p>
            <w:pPr>
              <w:spacing w:after="0" w:line="312" w:lineRule="auto"/>
            </w:pPr>
            <w:r>
              <w:rPr>
                <w:rFonts w:ascii="游ゴシック" w:hAnsi="游ゴシック" w:eastAsia="游ゴシック"/>
                <w:b w:val="0"/>
                <w:sz w:val="19"/>
              </w:rPr>
              <w:t>【仕入れ先からの価格の回答待ち】のため遅れておりますが、【新しい提出日】までにお送りいたします。</w:t>
            </w:r>
          </w:p>
          <w:p>
            <w:pPr>
              <w:spacing w:after="0" w:line="144" w:lineRule="auto"/>
            </w:pPr>
          </w:p>
          <w:p>
            <w:pPr>
              <w:spacing w:after="0" w:line="312" w:lineRule="auto"/>
            </w:pPr>
            <w:r>
              <w:rPr>
                <w:rFonts w:ascii="游ゴシック" w:hAnsi="游ゴシック" w:eastAsia="游ゴシック"/>
                <w:b w:val="0"/>
                <w:sz w:val="19"/>
              </w:rPr>
              <w:t>もし【社内でのご検討】などで先に目安が必要でしたら、本日中に概算の金額をお伝えすることもできます。お申し付けください。</w:t>
            </w:r>
          </w:p>
          <w:p>
            <w:pPr>
              <w:spacing w:after="0" w:line="144" w:lineRule="auto"/>
            </w:pPr>
          </w:p>
          <w:p>
            <w:pPr>
              <w:spacing w:after="0" w:line="312" w:lineRule="auto"/>
            </w:pPr>
            <w:r>
              <w:rPr>
                <w:rFonts w:ascii="游ゴシック" w:hAnsi="游ゴシック" w:eastAsia="游ゴシック"/>
                <w:b w:val="0"/>
                <w:sz w:val="19"/>
              </w:rPr>
              <w:t>今後は、お見積もりに時間がかかりそうな場合は、ご依頼をいただいた時点で目安の日をお伝えするようにいたします。</w:t>
            </w:r>
          </w:p>
          <w:p>
            <w:pPr>
              <w:spacing w:after="0" w:line="144" w:lineRule="auto"/>
            </w:pPr>
          </w:p>
          <w:p>
            <w:pPr>
              <w:spacing w:after="0" w:line="312" w:lineRule="auto"/>
            </w:pPr>
            <w:r>
              <w:rPr>
                <w:rFonts w:ascii="游ゴシック" w:hAnsi="游ゴシック" w:eastAsia="游ゴシック"/>
                <w:b w:val="0"/>
                <w:sz w:val="19"/>
              </w:rPr>
              <w:t>このたびはご迷惑をおかけし、誠に申し訳ございません。</w:t>
            </w:r>
          </w:p>
        </w:tc>
      </w:tr>
    </w:tbl>
    <w:p>
      <w:pPr>
        <w:spacing w:before="80" w:after="80" w:line="324" w:lineRule="auto"/>
        <w:ind w:left="227" w:hanging="227"/>
      </w:pPr>
      <w:r>
        <w:rPr>
          <w:rFonts w:ascii="游ゴシック" w:hAnsi="游ゴシック" w:eastAsia="游ゴシック"/>
          <w:b w:val="0"/>
          <w:sz w:val="18"/>
        </w:rPr>
        <w:t>ポイント：見積もりの遅れは、相手の社内の予定にも影響します。「概算なら今日出せる」など、相手が先に進める手段を一緒に示すと、印象が大きく変わります。</w:t>
      </w:r>
    </w:p>
    <w:p>
      <w:pPr>
        <w:pageBreakBefore/>
        <w:spacing w:before="0" w:after="80" w:line="324" w:lineRule="auto"/>
      </w:pPr>
      <w:r>
        <w:rPr>
          <w:rFonts w:ascii="游ゴシック" w:hAnsi="游ゴシック" w:eastAsia="游ゴシック"/>
          <w:b/>
          <w:sz w:val="28"/>
        </w:rPr>
        <w:t>AIにお詫びメールの下書きを作らせる指示文（コピーして使えます）</w:t>
      </w:r>
    </w:p>
    <w:p>
      <w:pPr>
        <w:spacing w:before="0" w:after="160" w:line="324" w:lineRule="auto"/>
      </w:pPr>
      <w:r>
        <w:rPr>
          <w:rFonts w:ascii="游ゴシック" w:hAnsi="游ゴシック" w:eastAsia="游ゴシック"/>
          <w:b w:val="0"/>
          <w:sz w:val="21"/>
        </w:rPr>
        <w:t>文章を作るAI（生成AI）に、次の枠の中をそのまま貼り付け、【 】と「状況メモ」を埋めて送ってください。状況メモは箇条書きのままでかまいません。</w:t>
      </w:r>
    </w:p>
    <w:tbl>
      <w:tblPr>
        <w:tblStyle w:val="TableGrid"/>
        <w:tblW w:type="auto" w:w="0"/>
        <w:tblLook w:firstColumn="1" w:firstRow="1" w:lastColumn="0" w:lastRow="0" w:noHBand="0" w:noVBand="1" w:val="04A0"/>
      </w:tblPr>
      <w:tblGrid>
        <w:gridCol w:w="9638"/>
      </w:tblGrid>
      <w:tr>
        <w:trPr>
          <w:cantSplit/>
        </w:trPr>
        <w:tc>
          <w:tcPr>
            <w:tcW w:type="dxa" w:w="9638"/>
            <w:shd w:val="clear" w:color="auto" w:fill="FFFBEA"/>
          </w:tcPr>
          <w:p>
            <w:pPr>
              <w:spacing w:after="0" w:line="312" w:lineRule="auto"/>
            </w:pPr>
            <w:r/>
            <w:r>
              <w:rPr>
                <w:rFonts w:ascii="游ゴシック" w:hAnsi="游ゴシック" w:eastAsia="游ゴシック"/>
                <w:b w:val="0"/>
                <w:sz w:val="19"/>
              </w:rPr>
              <w:t>あなたは【業種】の会社「【自社名】」で、お客様対応を担当している社員です。</w:t>
            </w:r>
          </w:p>
          <w:p>
            <w:pPr>
              <w:spacing w:after="0" w:line="312" w:lineRule="auto"/>
            </w:pPr>
            <w:r>
              <w:rPr>
                <w:rFonts w:ascii="游ゴシック" w:hAnsi="游ゴシック" w:eastAsia="游ゴシック"/>
                <w:b w:val="0"/>
                <w:sz w:val="19"/>
              </w:rPr>
              <w:t>次の「状況メモ」をもとに、相手に送るお詫びメールの下書きを作ってください。</w:t>
            </w:r>
          </w:p>
          <w:p>
            <w:pPr>
              <w:spacing w:after="0" w:line="144" w:lineRule="auto"/>
            </w:pPr>
          </w:p>
          <w:p>
            <w:pPr>
              <w:spacing w:after="0" w:line="312" w:lineRule="auto"/>
            </w:pPr>
            <w:r>
              <w:rPr>
                <w:rFonts w:ascii="游ゴシック" w:hAnsi="游ゴシック" w:eastAsia="游ゴシック"/>
                <w:b w:val="0"/>
                <w:sz w:val="19"/>
              </w:rPr>
              <w:t># 守ること</w:t>
            </w:r>
          </w:p>
          <w:p>
            <w:pPr>
              <w:spacing w:after="0" w:line="312" w:lineRule="auto"/>
            </w:pPr>
            <w:r>
              <w:rPr>
                <w:rFonts w:ascii="游ゴシック" w:hAnsi="游ゴシック" w:eastAsia="游ゴシック"/>
                <w:b w:val="0"/>
                <w:sz w:val="19"/>
              </w:rPr>
              <w:t>・件名、宛名、お詫び、経緯・原因、対応、再発防止、結び の順で書く</w:t>
            </w:r>
          </w:p>
          <w:p>
            <w:pPr>
              <w:spacing w:after="0" w:line="312" w:lineRule="auto"/>
            </w:pPr>
            <w:r>
              <w:rPr>
                <w:rFonts w:ascii="游ゴシック" w:hAnsi="游ゴシック" w:eastAsia="游ゴシック"/>
                <w:b w:val="0"/>
                <w:sz w:val="19"/>
              </w:rPr>
              <w:t>・最初にお詫びを書き、言い訳から書き始めない</w:t>
            </w:r>
          </w:p>
          <w:p>
            <w:pPr>
              <w:spacing w:after="0" w:line="312" w:lineRule="auto"/>
            </w:pPr>
            <w:r>
              <w:rPr>
                <w:rFonts w:ascii="游ゴシック" w:hAnsi="游ゴシック" w:eastAsia="游ゴシック"/>
                <w:b w:val="0"/>
                <w:sz w:val="19"/>
              </w:rPr>
              <w:t>・事実は状況メモに書かれていることだけを使う。メモにない原因・日付・金額・約束は作らず、足りない情報は【要確認：◯◯】と書いて空けておく</w:t>
            </w:r>
          </w:p>
          <w:p>
            <w:pPr>
              <w:spacing w:after="0" w:line="312" w:lineRule="auto"/>
            </w:pPr>
            <w:r>
              <w:rPr>
                <w:rFonts w:ascii="游ゴシック" w:hAnsi="游ゴシック" w:eastAsia="游ゴシック"/>
                <w:b w:val="0"/>
                <w:sz w:val="19"/>
              </w:rPr>
              <w:t>・「申し訳ございません」は冒頭と結びの2回程度にして、何度も繰り返さない</w:t>
            </w:r>
          </w:p>
          <w:p>
            <w:pPr>
              <w:spacing w:after="0" w:line="312" w:lineRule="auto"/>
            </w:pPr>
            <w:r>
              <w:rPr>
                <w:rFonts w:ascii="游ゴシック" w:hAnsi="游ゴシック" w:eastAsia="游ゴシック"/>
                <w:b w:val="0"/>
                <w:sz w:val="19"/>
              </w:rPr>
              <w:t>・相手を責める表現や、他人のせいに聞こえる表現は使わない</w:t>
            </w:r>
          </w:p>
          <w:p>
            <w:pPr>
              <w:spacing w:after="0" w:line="312" w:lineRule="auto"/>
            </w:pPr>
            <w:r>
              <w:rPr>
                <w:rFonts w:ascii="游ゴシック" w:hAnsi="游ゴシック" w:eastAsia="游ゴシック"/>
                <w:b w:val="0"/>
                <w:sz w:val="19"/>
              </w:rPr>
              <w:t>・相手は【社外の取引先／お客様／社内の上司】なので、それに合った敬語で書く</w:t>
            </w:r>
          </w:p>
          <w:p>
            <w:pPr>
              <w:spacing w:after="0" w:line="312" w:lineRule="auto"/>
            </w:pPr>
            <w:r>
              <w:rPr>
                <w:rFonts w:ascii="游ゴシック" w:hAnsi="游ゴシック" w:eastAsia="游ゴシック"/>
                <w:b w:val="0"/>
                <w:sz w:val="19"/>
              </w:rPr>
              <w:t>・一文を短くし、全体で400〜600字程度にする</w:t>
            </w:r>
          </w:p>
          <w:p>
            <w:pPr>
              <w:spacing w:after="0" w:line="312" w:lineRule="auto"/>
            </w:pPr>
            <w:r>
              <w:rPr>
                <w:rFonts w:ascii="游ゴシック" w:hAnsi="游ゴシック" w:eastAsia="游ゴシック"/>
                <w:b w:val="0"/>
                <w:sz w:val="19"/>
              </w:rPr>
              <w:t>・最後に、送る前に人が確認すべき点を箇条書きで3つ挙げる</w:t>
            </w:r>
          </w:p>
          <w:p>
            <w:pPr>
              <w:spacing w:after="0" w:line="144" w:lineRule="auto"/>
            </w:pPr>
          </w:p>
          <w:p>
            <w:pPr>
              <w:spacing w:after="0" w:line="312" w:lineRule="auto"/>
            </w:pPr>
            <w:r>
              <w:rPr>
                <w:rFonts w:ascii="游ゴシック" w:hAnsi="游ゴシック" w:eastAsia="游ゴシック"/>
                <w:b w:val="0"/>
                <w:sz w:val="19"/>
              </w:rPr>
              <w:t># 状況メモ</w:t>
            </w:r>
          </w:p>
          <w:p>
            <w:pPr>
              <w:spacing w:after="0" w:line="312" w:lineRule="auto"/>
            </w:pPr>
            <w:r>
              <w:rPr>
                <w:rFonts w:ascii="游ゴシック" w:hAnsi="游ゴシック" w:eastAsia="游ゴシック"/>
                <w:b w:val="0"/>
                <w:sz w:val="19"/>
              </w:rPr>
              <w:t>・相手：【会社名・担当者名・関係（例：長く取引のある得意先）】</w:t>
            </w:r>
          </w:p>
          <w:p>
            <w:pPr>
              <w:spacing w:after="0" w:line="312" w:lineRule="auto"/>
            </w:pPr>
            <w:r>
              <w:rPr>
                <w:rFonts w:ascii="游ゴシック" w:hAnsi="游ゴシック" w:eastAsia="游ゴシック"/>
                <w:b w:val="0"/>
                <w:sz w:val="19"/>
              </w:rPr>
              <w:t>・何が起きたか：【　　】</w:t>
            </w:r>
          </w:p>
          <w:p>
            <w:pPr>
              <w:spacing w:after="0" w:line="312" w:lineRule="auto"/>
            </w:pPr>
            <w:r>
              <w:rPr>
                <w:rFonts w:ascii="游ゴシック" w:hAnsi="游ゴシック" w:eastAsia="游ゴシック"/>
                <w:b w:val="0"/>
                <w:sz w:val="19"/>
              </w:rPr>
              <w:t>・相手への影響：【　　】</w:t>
            </w:r>
          </w:p>
          <w:p>
            <w:pPr>
              <w:spacing w:after="0" w:line="312" w:lineRule="auto"/>
            </w:pPr>
            <w:r>
              <w:rPr>
                <w:rFonts w:ascii="游ゴシック" w:hAnsi="游ゴシック" w:eastAsia="游ゴシック"/>
                <w:b w:val="0"/>
                <w:sz w:val="19"/>
              </w:rPr>
              <w:t>・原因（わかっている範囲）：【　　】</w:t>
            </w:r>
          </w:p>
          <w:p>
            <w:pPr>
              <w:spacing w:after="0" w:line="312" w:lineRule="auto"/>
            </w:pPr>
            <w:r>
              <w:rPr>
                <w:rFonts w:ascii="游ゴシック" w:hAnsi="游ゴシック" w:eastAsia="游ゴシック"/>
                <w:b w:val="0"/>
                <w:sz w:val="19"/>
              </w:rPr>
              <w:t>・当社の対応（いつまでに・何をするか）：【　　】</w:t>
            </w:r>
          </w:p>
          <w:p>
            <w:pPr>
              <w:spacing w:after="0" w:line="312" w:lineRule="auto"/>
            </w:pPr>
            <w:r>
              <w:rPr>
                <w:rFonts w:ascii="游ゴシック" w:hAnsi="游ゴシック" w:eastAsia="游ゴシック"/>
                <w:b w:val="0"/>
                <w:sz w:val="19"/>
              </w:rPr>
              <w:t>・再発防止策：【　　】</w:t>
            </w:r>
          </w:p>
          <w:p>
            <w:pPr>
              <w:spacing w:after="0" w:line="312" w:lineRule="auto"/>
            </w:pPr>
            <w:r>
              <w:rPr>
                <w:rFonts w:ascii="游ゴシック" w:hAnsi="游ゴシック" w:eastAsia="游ゴシック"/>
                <w:b w:val="0"/>
                <w:sz w:val="19"/>
              </w:rPr>
              <w:t>・相手にお願いしたいこと（あれば）：【　　】</w:t>
            </w:r>
          </w:p>
          <w:p>
            <w:pPr>
              <w:spacing w:after="0" w:line="312" w:lineRule="auto"/>
            </w:pPr>
            <w:r>
              <w:rPr>
                <w:rFonts w:ascii="游ゴシック" w:hAnsi="游ゴシック" w:eastAsia="游ゴシック"/>
                <w:b w:val="0"/>
                <w:sz w:val="19"/>
              </w:rPr>
              <w:t>・送り主：【部署名・氏名】</w:t>
            </w:r>
          </w:p>
        </w:tc>
      </w:tr>
    </w:tbl>
    <w:p>
      <w:pPr>
        <w:spacing w:before="240" w:after="80" w:line="324" w:lineRule="auto"/>
      </w:pPr>
      <w:r>
        <w:rPr>
          <w:rFonts w:ascii="游ゴシック" w:hAnsi="游ゴシック" w:eastAsia="游ゴシック"/>
          <w:b/>
          <w:sz w:val="24"/>
        </w:rPr>
        <w:t>使うときの注意</w:t>
      </w:r>
    </w:p>
    <w:p>
      <w:pPr>
        <w:spacing w:before="0" w:after="60" w:line="324" w:lineRule="auto"/>
        <w:ind w:left="227" w:hanging="227"/>
      </w:pPr>
      <w:r>
        <w:rPr>
          <w:rFonts w:ascii="游ゴシック" w:hAnsi="游ゴシック" w:eastAsia="游ゴシック"/>
          <w:b w:val="0"/>
          <w:sz w:val="21"/>
        </w:rPr>
        <w:t>・AIに入力してよい情報は、社内のルールで決めておきましょう。お客様の氏名などは「A社」「Bさん」に置き換えて入力し、下書きができてから正しい名前に戻すと安心です。</w:t>
      </w:r>
    </w:p>
    <w:p>
      <w:pPr>
        <w:spacing w:before="0" w:after="60" w:line="324" w:lineRule="auto"/>
        <w:ind w:left="227" w:hanging="227"/>
      </w:pPr>
      <w:r>
        <w:rPr>
          <w:rFonts w:ascii="游ゴシック" w:hAnsi="游ゴシック" w:eastAsia="游ゴシック"/>
          <w:b w:val="0"/>
          <w:sz w:val="21"/>
        </w:rPr>
        <w:t>・AIが作った下書きは、日付・金額・原因・約束した対応が事実どおりかを、必ず人が確認してから送ってください。</w:t>
      </w:r>
    </w:p>
    <w:p>
      <w:pPr>
        <w:spacing w:before="0" w:after="60" w:line="324" w:lineRule="auto"/>
        <w:ind w:left="227" w:hanging="227"/>
      </w:pPr>
      <w:r>
        <w:rPr>
          <w:rFonts w:ascii="游ゴシック" w:hAnsi="游ゴシック" w:eastAsia="游ゴシック"/>
          <w:b w:val="0"/>
          <w:sz w:val="21"/>
        </w:rPr>
        <w:t>・言い回しが合わないときは、「もう少し短く」「もっと丁寧に」「社内向けに」などと続けて頼むと、書き直してくれます。</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游ゴシック" w:hAnsi="游ゴシック" w:eastAsia="游ゴシック"/>
        <w:b w:val="0"/>
        <w:color w:val="555E6B"/>
        <w:sz w:val="16"/>
      </w:rPr>
      <w:t>例文集提供：株式会社MEDISITE　https://medi-site.co.jp/ai-shain/column/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ゴシック" w:hAnsi="游ゴシック"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